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57B84" w14:textId="69A4728C" w:rsidR="005619E4" w:rsidRPr="001C79B2" w:rsidRDefault="00C87A26" w:rsidP="001C79B2">
      <w:pPr>
        <w:pStyle w:val="Heading1"/>
        <w:jc w:val="center"/>
        <w:rPr>
          <w:sz w:val="32"/>
          <w:szCs w:val="32"/>
        </w:rPr>
      </w:pPr>
      <w:r w:rsidRPr="001C79B2">
        <w:rPr>
          <w:sz w:val="32"/>
          <w:szCs w:val="32"/>
          <w:highlight w:val="yellow"/>
        </w:rPr>
        <w:t xml:space="preserve">Favorite Color </w:t>
      </w:r>
      <w:r w:rsidR="00C340B3" w:rsidRPr="001C79B2">
        <w:rPr>
          <w:sz w:val="32"/>
          <w:szCs w:val="32"/>
          <w:highlight w:val="yellow"/>
        </w:rPr>
        <w:t>Email.</w:t>
      </w:r>
    </w:p>
    <w:p w14:paraId="7BA05CDA" w14:textId="1A6CB8A9" w:rsidR="005619E4" w:rsidRDefault="00601A46">
      <w:pPr>
        <w:pStyle w:val="Heading2"/>
        <w:rPr>
          <w:color w:val="92D050"/>
          <w:sz w:val="36"/>
          <w:szCs w:val="36"/>
        </w:rPr>
      </w:pPr>
      <w:r w:rsidRPr="001C79B2">
        <w:rPr>
          <w:color w:val="92D050"/>
          <w:sz w:val="36"/>
          <w:szCs w:val="36"/>
        </w:rPr>
        <w:t>Favorite</w:t>
      </w:r>
      <w:r w:rsidR="00000000" w:rsidRPr="001C79B2">
        <w:rPr>
          <w:color w:val="92D050"/>
          <w:sz w:val="36"/>
          <w:szCs w:val="36"/>
        </w:rPr>
        <w:t xml:space="preserve"> </w:t>
      </w:r>
      <w:r w:rsidRPr="001C79B2">
        <w:rPr>
          <w:color w:val="92D050"/>
          <w:sz w:val="36"/>
          <w:szCs w:val="36"/>
        </w:rPr>
        <w:t>Color</w:t>
      </w:r>
      <w:r w:rsidR="00000000" w:rsidRPr="001C79B2">
        <w:rPr>
          <w:color w:val="92D050"/>
          <w:sz w:val="36"/>
          <w:szCs w:val="36"/>
        </w:rPr>
        <w:t>: Green</w:t>
      </w:r>
    </w:p>
    <w:p w14:paraId="4816D4BA" w14:textId="77777777" w:rsidR="001C79B2" w:rsidRPr="001C79B2" w:rsidRDefault="001C79B2" w:rsidP="001C79B2"/>
    <w:p w14:paraId="5DEFB629" w14:textId="60EC54F6" w:rsidR="00764528" w:rsidRPr="00764528" w:rsidRDefault="009766BA" w:rsidP="001C79B2">
      <w:r>
        <w:rPr>
          <w:noProof/>
        </w:rPr>
        <w:drawing>
          <wp:inline distT="0" distB="0" distL="0" distR="0" wp14:anchorId="140C57C4" wp14:editId="1095E12E">
            <wp:extent cx="5086254" cy="2533650"/>
            <wp:effectExtent l="0" t="0" r="635" b="0"/>
            <wp:docPr id="637283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3488" cy="2537253"/>
                    </a:xfrm>
                    <a:prstGeom prst="rect">
                      <a:avLst/>
                    </a:prstGeom>
                    <a:noFill/>
                  </pic:spPr>
                </pic:pic>
              </a:graphicData>
            </a:graphic>
          </wp:inline>
        </w:drawing>
      </w:r>
    </w:p>
    <w:p w14:paraId="63588EBC" w14:textId="331AE75F" w:rsidR="00764528" w:rsidRPr="001C79B2" w:rsidRDefault="00764528" w:rsidP="00764528">
      <w:pPr>
        <w:pStyle w:val="NormalWeb"/>
        <w:spacing w:before="0" w:beforeAutospacing="0" w:after="0" w:afterAutospacing="0"/>
        <w:jc w:val="lowKashida"/>
        <w:rPr>
          <w:b/>
          <w:bCs/>
          <w:highlight w:val="cyan"/>
        </w:rPr>
      </w:pPr>
      <w:bookmarkStart w:id="0" w:name="_Hlk209685561"/>
      <w:r w:rsidRPr="001C79B2">
        <w:rPr>
          <w:rFonts w:ascii="Century Gothic" w:eastAsiaTheme="minorEastAsia" w:hAnsi="Century Gothic" w:cstheme="minorBidi"/>
          <w:b/>
          <w:bCs/>
          <w:color w:val="000000" w:themeColor="text1"/>
          <w:kern w:val="24"/>
          <w:highlight w:val="cyan"/>
          <w:lang w:val="en-GB"/>
        </w:rPr>
        <w:t xml:space="preserve">To: </w:t>
      </w:r>
      <w:r w:rsidRPr="001C79B2">
        <w:rPr>
          <w:rFonts w:ascii="Century Gothic" w:eastAsiaTheme="minorEastAsia" w:hAnsi="Century Gothic" w:cstheme="minorBidi"/>
          <w:b/>
          <w:bCs/>
          <w:color w:val="000000" w:themeColor="text1"/>
          <w:kern w:val="24"/>
          <w:highlight w:val="cyan"/>
          <w:lang w:val="en-GB"/>
        </w:rPr>
        <w:t>John</w:t>
      </w:r>
      <w:r w:rsidRPr="001C79B2">
        <w:rPr>
          <w:rFonts w:ascii="Century Gothic" w:eastAsiaTheme="minorEastAsia" w:hAnsi="Century Gothic" w:cstheme="minorBidi"/>
          <w:b/>
          <w:bCs/>
          <w:color w:val="000000" w:themeColor="text1"/>
          <w:kern w:val="24"/>
          <w:highlight w:val="cyan"/>
          <w:lang w:val="en-GB"/>
        </w:rPr>
        <w:t>@gmail.com</w:t>
      </w:r>
    </w:p>
    <w:p w14:paraId="791B0916" w14:textId="576FEF2C" w:rsidR="00764528" w:rsidRPr="001C79B2" w:rsidRDefault="00764528" w:rsidP="00764528">
      <w:pPr>
        <w:rPr>
          <w:rFonts w:ascii="Century Gothic" w:hAnsi="Century Gothic"/>
          <w:b/>
          <w:bCs/>
          <w:color w:val="000000" w:themeColor="text1"/>
          <w:kern w:val="24"/>
          <w:sz w:val="24"/>
          <w:szCs w:val="24"/>
          <w:highlight w:val="cyan"/>
          <w:lang w:val="en-GB"/>
        </w:rPr>
      </w:pPr>
      <w:r w:rsidRPr="001C79B2">
        <w:rPr>
          <w:rFonts w:ascii="Century Gothic" w:hAnsi="Century Gothic"/>
          <w:b/>
          <w:bCs/>
          <w:color w:val="000000" w:themeColor="text1"/>
          <w:kern w:val="24"/>
          <w:sz w:val="24"/>
          <w:szCs w:val="24"/>
          <w:highlight w:val="cyan"/>
          <w:lang w:val="en-GB"/>
        </w:rPr>
        <w:t xml:space="preserve">From: </w:t>
      </w:r>
      <w:hyperlink r:id="rId7" w:history="1">
        <w:r w:rsidRPr="001C79B2">
          <w:rPr>
            <w:rStyle w:val="Hyperlink"/>
            <w:rFonts w:ascii="Century Gothic" w:hAnsi="Century Gothic"/>
            <w:b/>
            <w:bCs/>
            <w:color w:val="000000" w:themeColor="text1"/>
            <w:kern w:val="24"/>
            <w:sz w:val="24"/>
            <w:szCs w:val="24"/>
            <w:highlight w:val="cyan"/>
            <w:lang w:val="en-GB"/>
          </w:rPr>
          <w:t>Sara</w:t>
        </w:r>
        <w:r w:rsidRPr="001C79B2">
          <w:rPr>
            <w:rStyle w:val="Hyperlink"/>
            <w:rFonts w:ascii="Century Gothic" w:hAnsi="Century Gothic"/>
            <w:b/>
            <w:bCs/>
            <w:color w:val="000000" w:themeColor="text1"/>
            <w:kern w:val="24"/>
            <w:sz w:val="24"/>
            <w:szCs w:val="24"/>
            <w:highlight w:val="cyan"/>
            <w:lang w:val="en-GB"/>
          </w:rPr>
          <w:t>@hotmail.com</w:t>
        </w:r>
        <w:r w:rsidRPr="001C79B2">
          <w:rPr>
            <w:rStyle w:val="Hyperlink"/>
            <w:rFonts w:ascii="Century Gothic" w:hAnsi="Century Gothic"/>
            <w:b/>
            <w:bCs/>
            <w:color w:val="000000" w:themeColor="text1"/>
            <w:kern w:val="24"/>
            <w:sz w:val="24"/>
            <w:szCs w:val="24"/>
            <w:highlight w:val="cyan"/>
            <w:lang w:val="en-GB"/>
          </w:rPr>
          <w:t>\</w:t>
        </w:r>
      </w:hyperlink>
    </w:p>
    <w:p w14:paraId="18FF394B" w14:textId="7C375800" w:rsidR="00764528" w:rsidRPr="00764528" w:rsidRDefault="00764528" w:rsidP="00764528">
      <w:pPr>
        <w:rPr>
          <w:rFonts w:ascii="Century Gothic" w:hAnsi="Century Gothic"/>
          <w:b/>
          <w:bCs/>
          <w:color w:val="000000" w:themeColor="text1"/>
          <w:kern w:val="24"/>
          <w:sz w:val="24"/>
          <w:szCs w:val="24"/>
          <w:lang w:val="en-GB"/>
        </w:rPr>
      </w:pPr>
      <w:r w:rsidRPr="001C79B2">
        <w:rPr>
          <w:rFonts w:ascii="Century Gothic" w:hAnsi="Century Gothic"/>
          <w:b/>
          <w:bCs/>
          <w:color w:val="000000" w:themeColor="text1"/>
          <w:kern w:val="24"/>
          <w:sz w:val="24"/>
          <w:szCs w:val="24"/>
          <w:highlight w:val="cyan"/>
          <w:lang w:val="en-GB"/>
        </w:rPr>
        <w:t>Subject: My favourite colours</w:t>
      </w:r>
    </w:p>
    <w:bookmarkEnd w:id="0"/>
    <w:p w14:paraId="52171898" w14:textId="514209C2" w:rsidR="005619E4" w:rsidRPr="001C79B2" w:rsidRDefault="00F21D14">
      <w:pPr>
        <w:rPr>
          <w:b/>
          <w:bCs/>
          <w:color w:val="92D050"/>
          <w:sz w:val="24"/>
          <w:szCs w:val="24"/>
        </w:rPr>
      </w:pPr>
      <w:r w:rsidRPr="001C79B2">
        <w:rPr>
          <w:b/>
          <w:bCs/>
          <w:noProof/>
          <w:color w:val="92D050"/>
          <w:sz w:val="24"/>
          <w:szCs w:val="24"/>
        </w:rPr>
        <mc:AlternateContent>
          <mc:Choice Requires="wpi">
            <w:drawing>
              <wp:anchor distT="0" distB="0" distL="114300" distR="114300" simplePos="0" relativeHeight="251659264" behindDoc="0" locked="0" layoutInCell="1" allowOverlap="1" wp14:anchorId="6D7D4698" wp14:editId="03FFC95A">
                <wp:simplePos x="0" y="0"/>
                <wp:positionH relativeFrom="column">
                  <wp:posOffset>1215030</wp:posOffset>
                </wp:positionH>
                <wp:positionV relativeFrom="paragraph">
                  <wp:posOffset>2552935</wp:posOffset>
                </wp:positionV>
                <wp:extent cx="360" cy="360"/>
                <wp:effectExtent l="57150" t="57150" r="57150" b="57150"/>
                <wp:wrapNone/>
                <wp:docPr id="1195318185"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5CA987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94.95pt;margin-top:200.3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CdQk5YvAEAAF0EAAAQAAAAAAAAAAAAAAAAANADAABkcnMvaW5rL2luazEu&#10;eG1sUEsBAi0AFAAGAAgAAAAhAB0zkq7hAAAACwEAAA8AAAAAAAAAAAAAAAAAugUAAGRycy9kb3du&#10;cmV2LnhtbFBLAQItABQABgAIAAAAIQB5GLydvwAAACEBAAAZAAAAAAAAAAAAAAAAAMgGAABkcnMv&#10;X3JlbHMvZTJvRG9jLnhtbC5yZWxzUEsFBgAAAAAGAAYAeAEAAL4HAAAAAA==&#10;">
                <v:imagedata r:id="rId9" o:title=""/>
              </v:shape>
            </w:pict>
          </mc:Fallback>
        </mc:AlternateContent>
      </w:r>
      <w:r w:rsidRPr="001C79B2">
        <w:rPr>
          <w:b/>
          <w:bCs/>
          <w:noProof/>
          <w:color w:val="92D050"/>
          <w:sz w:val="24"/>
          <w:szCs w:val="24"/>
        </w:rPr>
        <mc:AlternateContent>
          <mc:Choice Requires="wpi">
            <w:drawing>
              <wp:anchor distT="0" distB="0" distL="114300" distR="114300" simplePos="0" relativeHeight="251657216" behindDoc="0" locked="0" layoutInCell="1" allowOverlap="1" wp14:anchorId="353B66E3" wp14:editId="5D28671D">
                <wp:simplePos x="0" y="0"/>
                <wp:positionH relativeFrom="column">
                  <wp:posOffset>1235190</wp:posOffset>
                </wp:positionH>
                <wp:positionV relativeFrom="paragraph">
                  <wp:posOffset>2776495</wp:posOffset>
                </wp:positionV>
                <wp:extent cx="360" cy="360"/>
                <wp:effectExtent l="57150" t="57150" r="57150" b="57150"/>
                <wp:wrapNone/>
                <wp:docPr id="1068737411" name="Ink 1"/>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360D350A" id="Ink 1" o:spid="_x0000_s1026" type="#_x0000_t75" style="position:absolute;margin-left:96.55pt;margin-top:217.9pt;width:1.45pt;height:1.4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DGP6NJuwEAAFwEAAAQAAAAAAAAAAAAAAAAANADAABkcnMvaW5rL2luazEu&#10;eG1sUEsBAi0AFAAGAAgAAAAhAAQUi/7iAAAACwEAAA8AAAAAAAAAAAAAAAAAuQUAAGRycy9kb3du&#10;cmV2LnhtbFBLAQItABQABgAIAAAAIQB5GLydvwAAACEBAAAZAAAAAAAAAAAAAAAAAMgGAABkcnMv&#10;X3JlbHMvZTJvRG9jLnhtbC5yZWxzUEsFBgAAAAAGAAYAeAEAAL4HAAAAAA==&#10;">
                <v:imagedata r:id="rId9" o:title=""/>
              </v:shape>
            </w:pict>
          </mc:Fallback>
        </mc:AlternateContent>
      </w:r>
      <w:r w:rsidRPr="001C79B2">
        <w:rPr>
          <w:b/>
          <w:bCs/>
          <w:color w:val="92D050"/>
          <w:sz w:val="24"/>
          <w:szCs w:val="24"/>
        </w:rPr>
        <w:t>Hi John,</w:t>
      </w:r>
      <w:r w:rsidRPr="001C79B2">
        <w:rPr>
          <w:b/>
          <w:bCs/>
          <w:color w:val="92D050"/>
          <w:sz w:val="24"/>
          <w:szCs w:val="24"/>
        </w:rPr>
        <w:br/>
        <w:t>Thanks for your email. Your new room sounds wonderful! I like the blue colour you chose for the walls, but my favourite colour is green.</w:t>
      </w:r>
      <w:r w:rsidRPr="001C79B2">
        <w:rPr>
          <w:b/>
          <w:bCs/>
          <w:color w:val="92D050"/>
          <w:sz w:val="24"/>
          <w:szCs w:val="24"/>
        </w:rPr>
        <w:br/>
      </w:r>
      <w:r w:rsidRPr="001C79B2">
        <w:rPr>
          <w:b/>
          <w:bCs/>
          <w:color w:val="92D050"/>
          <w:sz w:val="24"/>
          <w:szCs w:val="24"/>
        </w:rPr>
        <w:br/>
        <w:t>Green makes me feel calm and relaxed. It reminds me of spring in my country, when the trees are full of fresh green leaves. I enjoy walking in the park and smelling the grass. It feels peaceful and natural.</w:t>
      </w:r>
      <w:r w:rsidRPr="001C79B2">
        <w:rPr>
          <w:b/>
          <w:bCs/>
          <w:color w:val="92D050"/>
          <w:sz w:val="24"/>
          <w:szCs w:val="24"/>
        </w:rPr>
        <w:br/>
      </w:r>
      <w:r w:rsidRPr="001C79B2">
        <w:rPr>
          <w:b/>
          <w:bCs/>
          <w:color w:val="92D050"/>
          <w:sz w:val="24"/>
          <w:szCs w:val="24"/>
        </w:rPr>
        <w:br/>
        <w:t>Green is also the colour of my favourite food—grape leaves. They may be unusual, but I think they are really delicious! I also have a green dress and a green scarf, and I love wearing them in spring.</w:t>
      </w:r>
      <w:r w:rsidRPr="001C79B2">
        <w:rPr>
          <w:b/>
          <w:bCs/>
          <w:color w:val="92D050"/>
          <w:sz w:val="24"/>
          <w:szCs w:val="24"/>
        </w:rPr>
        <w:br/>
      </w:r>
      <w:r w:rsidRPr="001C79B2">
        <w:rPr>
          <w:b/>
          <w:bCs/>
          <w:color w:val="92D050"/>
          <w:sz w:val="24"/>
          <w:szCs w:val="24"/>
        </w:rPr>
        <w:br/>
        <w:t>Please send me pictures of your room when it’s ready.</w:t>
      </w:r>
      <w:r w:rsidRPr="001C79B2">
        <w:rPr>
          <w:b/>
          <w:bCs/>
          <w:color w:val="92D050"/>
          <w:sz w:val="24"/>
          <w:szCs w:val="24"/>
        </w:rPr>
        <w:br/>
        <w:t>Take care,</w:t>
      </w:r>
      <w:r w:rsidRPr="001C79B2">
        <w:rPr>
          <w:b/>
          <w:bCs/>
          <w:color w:val="92D050"/>
          <w:sz w:val="24"/>
          <w:szCs w:val="24"/>
        </w:rPr>
        <w:br/>
        <w:t>Sara</w:t>
      </w:r>
    </w:p>
    <w:p w14:paraId="4807B8A1" w14:textId="77777777" w:rsidR="00275090" w:rsidRDefault="00275090"/>
    <w:p w14:paraId="7CC55B1C" w14:textId="77777777" w:rsidR="00275090" w:rsidRPr="00B47C59" w:rsidRDefault="00275090">
      <w:pPr>
        <w:rPr>
          <w:b/>
          <w:bCs/>
          <w:color w:val="EE0000"/>
          <w:sz w:val="36"/>
          <w:szCs w:val="36"/>
        </w:rPr>
      </w:pPr>
    </w:p>
    <w:p w14:paraId="5B1773BB" w14:textId="3B6F9C02" w:rsidR="005619E4" w:rsidRPr="00B47C59" w:rsidRDefault="0059041F">
      <w:pPr>
        <w:pStyle w:val="Heading2"/>
        <w:rPr>
          <w:color w:val="EE0000"/>
          <w:sz w:val="36"/>
          <w:szCs w:val="36"/>
        </w:rPr>
      </w:pPr>
      <w:r w:rsidRPr="00B47C59">
        <w:rPr>
          <w:color w:val="EE0000"/>
          <w:sz w:val="36"/>
          <w:szCs w:val="36"/>
        </w:rPr>
        <w:t>Favorite</w:t>
      </w:r>
      <w:r w:rsidR="00000000" w:rsidRPr="00B47C59">
        <w:rPr>
          <w:color w:val="EE0000"/>
          <w:sz w:val="36"/>
          <w:szCs w:val="36"/>
        </w:rPr>
        <w:t xml:space="preserve"> </w:t>
      </w:r>
      <w:r w:rsidRPr="00B47C59">
        <w:rPr>
          <w:color w:val="EE0000"/>
          <w:sz w:val="36"/>
          <w:szCs w:val="36"/>
        </w:rPr>
        <w:t>Color</w:t>
      </w:r>
      <w:r w:rsidR="00000000" w:rsidRPr="00B47C59">
        <w:rPr>
          <w:color w:val="EE0000"/>
          <w:sz w:val="36"/>
          <w:szCs w:val="36"/>
        </w:rPr>
        <w:t>: Red</w:t>
      </w:r>
    </w:p>
    <w:p w14:paraId="050133BB" w14:textId="77777777" w:rsidR="005D6A00" w:rsidRPr="005D6A00" w:rsidRDefault="005D6A00" w:rsidP="005D6A00"/>
    <w:p w14:paraId="6ED31550" w14:textId="7DD0A1EB" w:rsidR="0059041F" w:rsidRPr="0059041F" w:rsidRDefault="002C5E1D" w:rsidP="0059041F">
      <w:r>
        <w:rPr>
          <w:noProof/>
        </w:rPr>
        <w:drawing>
          <wp:inline distT="0" distB="0" distL="0" distR="0" wp14:anchorId="44E9B03C" wp14:editId="040CF44F">
            <wp:extent cx="5230495" cy="2314575"/>
            <wp:effectExtent l="0" t="0" r="8255" b="9525"/>
            <wp:docPr id="1671468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447" cy="2315439"/>
                    </a:xfrm>
                    <a:prstGeom prst="rect">
                      <a:avLst/>
                    </a:prstGeom>
                    <a:noFill/>
                  </pic:spPr>
                </pic:pic>
              </a:graphicData>
            </a:graphic>
          </wp:inline>
        </w:drawing>
      </w:r>
    </w:p>
    <w:p w14:paraId="749D7A3F" w14:textId="77777777" w:rsidR="0059041F" w:rsidRPr="001C79B2" w:rsidRDefault="0059041F" w:rsidP="0059041F">
      <w:pPr>
        <w:pStyle w:val="NormalWeb"/>
        <w:spacing w:before="0" w:beforeAutospacing="0" w:after="0" w:afterAutospacing="0"/>
        <w:jc w:val="lowKashida"/>
        <w:rPr>
          <w:b/>
          <w:bCs/>
          <w:highlight w:val="cyan"/>
        </w:rPr>
      </w:pPr>
      <w:r w:rsidRPr="001C79B2">
        <w:rPr>
          <w:rFonts w:ascii="Century Gothic" w:eastAsiaTheme="minorEastAsia" w:hAnsi="Century Gothic" w:cstheme="minorBidi"/>
          <w:b/>
          <w:bCs/>
          <w:color w:val="000000" w:themeColor="text1"/>
          <w:kern w:val="24"/>
          <w:highlight w:val="cyan"/>
          <w:lang w:val="en-GB"/>
        </w:rPr>
        <w:t>To: John@gmail.com</w:t>
      </w:r>
    </w:p>
    <w:p w14:paraId="5867CBEE" w14:textId="72E58CB0" w:rsidR="0059041F" w:rsidRPr="001C79B2" w:rsidRDefault="0059041F" w:rsidP="0059041F">
      <w:pPr>
        <w:rPr>
          <w:rFonts w:ascii="Century Gothic" w:hAnsi="Century Gothic"/>
          <w:b/>
          <w:bCs/>
          <w:color w:val="000000" w:themeColor="text1"/>
          <w:kern w:val="24"/>
          <w:sz w:val="24"/>
          <w:szCs w:val="24"/>
          <w:highlight w:val="cyan"/>
          <w:lang w:val="en-GB"/>
        </w:rPr>
      </w:pPr>
      <w:r w:rsidRPr="001C79B2">
        <w:rPr>
          <w:rFonts w:ascii="Century Gothic" w:hAnsi="Century Gothic"/>
          <w:b/>
          <w:bCs/>
          <w:color w:val="000000" w:themeColor="text1"/>
          <w:kern w:val="24"/>
          <w:sz w:val="24"/>
          <w:szCs w:val="24"/>
          <w:highlight w:val="cyan"/>
          <w:lang w:val="en-GB"/>
        </w:rPr>
        <w:t xml:space="preserve">From: </w:t>
      </w:r>
      <w:hyperlink r:id="rId12" w:history="1">
        <w:r w:rsidRPr="001C79B2">
          <w:rPr>
            <w:rStyle w:val="Hyperlink"/>
            <w:rFonts w:ascii="Century Gothic" w:hAnsi="Century Gothic"/>
            <w:b/>
            <w:bCs/>
            <w:kern w:val="24"/>
            <w:sz w:val="24"/>
            <w:szCs w:val="24"/>
            <w:highlight w:val="cyan"/>
            <w:lang w:val="en-GB"/>
          </w:rPr>
          <w:t>Omar</w:t>
        </w:r>
        <w:r w:rsidRPr="001C79B2">
          <w:rPr>
            <w:rStyle w:val="Hyperlink"/>
            <w:rFonts w:ascii="Century Gothic" w:hAnsi="Century Gothic"/>
            <w:b/>
            <w:bCs/>
            <w:kern w:val="24"/>
            <w:sz w:val="24"/>
            <w:szCs w:val="24"/>
            <w:highlight w:val="cyan"/>
            <w:lang w:val="en-GB"/>
          </w:rPr>
          <w:t>@hotmail.com\</w:t>
        </w:r>
      </w:hyperlink>
    </w:p>
    <w:p w14:paraId="21074BD8" w14:textId="77777777" w:rsidR="0059041F" w:rsidRPr="00764528" w:rsidRDefault="0059041F" w:rsidP="0059041F">
      <w:pPr>
        <w:rPr>
          <w:rFonts w:ascii="Century Gothic" w:hAnsi="Century Gothic"/>
          <w:b/>
          <w:bCs/>
          <w:color w:val="000000" w:themeColor="text1"/>
          <w:kern w:val="24"/>
          <w:sz w:val="24"/>
          <w:szCs w:val="24"/>
          <w:lang w:val="en-GB"/>
        </w:rPr>
      </w:pPr>
      <w:r w:rsidRPr="001C79B2">
        <w:rPr>
          <w:rFonts w:ascii="Century Gothic" w:hAnsi="Century Gothic"/>
          <w:b/>
          <w:bCs/>
          <w:color w:val="000000" w:themeColor="text1"/>
          <w:kern w:val="24"/>
          <w:sz w:val="24"/>
          <w:szCs w:val="24"/>
          <w:highlight w:val="cyan"/>
          <w:lang w:val="en-GB"/>
        </w:rPr>
        <w:t>Subject: My favourite colours</w:t>
      </w:r>
    </w:p>
    <w:p w14:paraId="475DCD65" w14:textId="77777777" w:rsidR="0059041F" w:rsidRPr="0059041F" w:rsidRDefault="0059041F" w:rsidP="0059041F"/>
    <w:p w14:paraId="2DBFB815" w14:textId="77777777" w:rsidR="005619E4" w:rsidRPr="00B47C59" w:rsidRDefault="00000000">
      <w:pPr>
        <w:rPr>
          <w:b/>
          <w:bCs/>
          <w:color w:val="EE0000"/>
          <w:sz w:val="24"/>
          <w:szCs w:val="24"/>
        </w:rPr>
      </w:pPr>
      <w:r w:rsidRPr="00B47C59">
        <w:rPr>
          <w:b/>
          <w:bCs/>
          <w:color w:val="EE0000"/>
          <w:sz w:val="24"/>
          <w:szCs w:val="24"/>
        </w:rPr>
        <w:t>Hi John,</w:t>
      </w:r>
      <w:r w:rsidRPr="00B47C59">
        <w:rPr>
          <w:b/>
          <w:bCs/>
          <w:color w:val="EE0000"/>
          <w:sz w:val="24"/>
          <w:szCs w:val="24"/>
        </w:rPr>
        <w:br/>
        <w:t>It was nice to hear from you. Your new bedroom must look amazing! I love blue too, but my favourite colour is red.</w:t>
      </w:r>
      <w:r w:rsidRPr="00B47C59">
        <w:rPr>
          <w:b/>
          <w:bCs/>
          <w:color w:val="EE0000"/>
          <w:sz w:val="24"/>
          <w:szCs w:val="24"/>
        </w:rPr>
        <w:br/>
      </w:r>
      <w:r w:rsidRPr="00B47C59">
        <w:rPr>
          <w:b/>
          <w:bCs/>
          <w:color w:val="EE0000"/>
          <w:sz w:val="24"/>
          <w:szCs w:val="24"/>
        </w:rPr>
        <w:br/>
        <w:t>Red is a strong and bright colour. It makes me feel excited and full of energy. When I see red, I think of the beautiful flowers in summer and the warm fire in winter. Both give me a happy feeling.</w:t>
      </w:r>
      <w:r w:rsidRPr="00B47C59">
        <w:rPr>
          <w:b/>
          <w:bCs/>
          <w:color w:val="EE0000"/>
          <w:sz w:val="24"/>
          <w:szCs w:val="24"/>
        </w:rPr>
        <w:br/>
      </w:r>
      <w:r w:rsidRPr="00B47C59">
        <w:rPr>
          <w:b/>
          <w:bCs/>
          <w:color w:val="EE0000"/>
          <w:sz w:val="24"/>
          <w:szCs w:val="24"/>
        </w:rPr>
        <w:br/>
        <w:t>Red is also the colour of my favourite food—strawberries. They are sweet and tasty, and I can never get enough of them! I also like my red jacket. It keeps me warm in winter and makes me feel strong.</w:t>
      </w:r>
      <w:r w:rsidRPr="00B47C59">
        <w:rPr>
          <w:b/>
          <w:bCs/>
          <w:color w:val="EE0000"/>
          <w:sz w:val="24"/>
          <w:szCs w:val="24"/>
        </w:rPr>
        <w:br/>
      </w:r>
      <w:r w:rsidRPr="00B47C59">
        <w:rPr>
          <w:b/>
          <w:bCs/>
          <w:color w:val="EE0000"/>
          <w:sz w:val="24"/>
          <w:szCs w:val="24"/>
        </w:rPr>
        <w:br/>
        <w:t>Don’t forget to send me some photos of your room.</w:t>
      </w:r>
      <w:r w:rsidRPr="00B47C59">
        <w:rPr>
          <w:b/>
          <w:bCs/>
          <w:color w:val="EE0000"/>
          <w:sz w:val="24"/>
          <w:szCs w:val="24"/>
        </w:rPr>
        <w:br/>
        <w:t>Best,</w:t>
      </w:r>
      <w:r w:rsidRPr="00B47C59">
        <w:rPr>
          <w:b/>
          <w:bCs/>
          <w:color w:val="EE0000"/>
          <w:sz w:val="24"/>
          <w:szCs w:val="24"/>
        </w:rPr>
        <w:br/>
        <w:t>Omar</w:t>
      </w:r>
    </w:p>
    <w:p w14:paraId="7A61D09E" w14:textId="77777777" w:rsidR="00497BE5" w:rsidRDefault="00497BE5"/>
    <w:p w14:paraId="65533C58" w14:textId="77777777" w:rsidR="00497BE5" w:rsidRDefault="00497BE5"/>
    <w:p w14:paraId="1A3DAE1A" w14:textId="77777777" w:rsidR="00497BE5" w:rsidRPr="00B47C59" w:rsidRDefault="00497BE5">
      <w:pPr>
        <w:rPr>
          <w:color w:val="FFFF00"/>
        </w:rPr>
      </w:pPr>
    </w:p>
    <w:p w14:paraId="2F05CDBB" w14:textId="7FED2423" w:rsidR="005619E4" w:rsidRPr="00B47C59" w:rsidRDefault="0059041F">
      <w:pPr>
        <w:pStyle w:val="Heading2"/>
        <w:rPr>
          <w:color w:val="FFFF00"/>
          <w:sz w:val="36"/>
          <w:szCs w:val="36"/>
        </w:rPr>
      </w:pPr>
      <w:r w:rsidRPr="00B47C59">
        <w:rPr>
          <w:color w:val="FFFF00"/>
          <w:sz w:val="36"/>
          <w:szCs w:val="36"/>
        </w:rPr>
        <w:t>Favorite</w:t>
      </w:r>
      <w:r w:rsidR="00000000" w:rsidRPr="00B47C59">
        <w:rPr>
          <w:color w:val="FFFF00"/>
          <w:sz w:val="36"/>
          <w:szCs w:val="36"/>
        </w:rPr>
        <w:t xml:space="preserve"> </w:t>
      </w:r>
      <w:r w:rsidRPr="00B47C59">
        <w:rPr>
          <w:color w:val="FFFF00"/>
          <w:sz w:val="36"/>
          <w:szCs w:val="36"/>
        </w:rPr>
        <w:t>Color</w:t>
      </w:r>
      <w:r w:rsidR="00000000" w:rsidRPr="00B47C59">
        <w:rPr>
          <w:color w:val="FFFF00"/>
          <w:sz w:val="36"/>
          <w:szCs w:val="36"/>
        </w:rPr>
        <w:t>: Yellow</w:t>
      </w:r>
    </w:p>
    <w:p w14:paraId="5E575223" w14:textId="77777777" w:rsidR="00497BE5" w:rsidRPr="00497BE5" w:rsidRDefault="00497BE5" w:rsidP="00497BE5"/>
    <w:p w14:paraId="06C41361" w14:textId="353A1EDB" w:rsidR="0059041F" w:rsidRPr="0059041F" w:rsidRDefault="00497BE5" w:rsidP="0059041F">
      <w:r>
        <w:rPr>
          <w:noProof/>
        </w:rPr>
        <w:drawing>
          <wp:inline distT="0" distB="0" distL="0" distR="0" wp14:anchorId="3D913570" wp14:editId="645B9CA1">
            <wp:extent cx="5010150" cy="2222091"/>
            <wp:effectExtent l="0" t="0" r="0" b="6985"/>
            <wp:docPr id="1416425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133" cy="2235832"/>
                    </a:xfrm>
                    <a:prstGeom prst="rect">
                      <a:avLst/>
                    </a:prstGeom>
                    <a:noFill/>
                  </pic:spPr>
                </pic:pic>
              </a:graphicData>
            </a:graphic>
          </wp:inline>
        </w:drawing>
      </w:r>
    </w:p>
    <w:p w14:paraId="1BEC8E48" w14:textId="77777777" w:rsidR="0059041F" w:rsidRPr="001C79B2" w:rsidRDefault="0059041F" w:rsidP="0059041F">
      <w:pPr>
        <w:pStyle w:val="NormalWeb"/>
        <w:spacing w:before="0" w:beforeAutospacing="0" w:after="0" w:afterAutospacing="0"/>
        <w:jc w:val="lowKashida"/>
        <w:rPr>
          <w:b/>
          <w:bCs/>
          <w:highlight w:val="cyan"/>
        </w:rPr>
      </w:pPr>
      <w:bookmarkStart w:id="1" w:name="_Hlk209686365"/>
      <w:r w:rsidRPr="001C79B2">
        <w:rPr>
          <w:rFonts w:ascii="Century Gothic" w:eastAsiaTheme="minorEastAsia" w:hAnsi="Century Gothic" w:cstheme="minorBidi"/>
          <w:b/>
          <w:bCs/>
          <w:color w:val="000000" w:themeColor="text1"/>
          <w:kern w:val="24"/>
          <w:highlight w:val="cyan"/>
          <w:lang w:val="en-GB"/>
        </w:rPr>
        <w:t>To: John@gmail.com</w:t>
      </w:r>
    </w:p>
    <w:p w14:paraId="5D1B331A" w14:textId="5036A0E7" w:rsidR="0059041F" w:rsidRPr="001C79B2" w:rsidRDefault="0059041F" w:rsidP="0059041F">
      <w:pPr>
        <w:rPr>
          <w:rFonts w:ascii="Century Gothic" w:hAnsi="Century Gothic"/>
          <w:b/>
          <w:bCs/>
          <w:color w:val="000000" w:themeColor="text1"/>
          <w:kern w:val="24"/>
          <w:sz w:val="24"/>
          <w:szCs w:val="24"/>
          <w:highlight w:val="cyan"/>
          <w:lang w:val="en-GB"/>
        </w:rPr>
      </w:pPr>
      <w:r w:rsidRPr="001C79B2">
        <w:rPr>
          <w:rFonts w:ascii="Century Gothic" w:hAnsi="Century Gothic"/>
          <w:b/>
          <w:bCs/>
          <w:color w:val="000000" w:themeColor="text1"/>
          <w:kern w:val="24"/>
          <w:sz w:val="24"/>
          <w:szCs w:val="24"/>
          <w:highlight w:val="cyan"/>
          <w:lang w:val="en-GB"/>
        </w:rPr>
        <w:t xml:space="preserve">From: </w:t>
      </w:r>
      <w:hyperlink r:id="rId14" w:history="1">
        <w:r w:rsidRPr="001C79B2">
          <w:rPr>
            <w:rStyle w:val="Hyperlink"/>
            <w:rFonts w:ascii="Century Gothic" w:hAnsi="Century Gothic"/>
            <w:b/>
            <w:bCs/>
            <w:color w:val="000000" w:themeColor="text1"/>
            <w:kern w:val="24"/>
            <w:sz w:val="24"/>
            <w:szCs w:val="24"/>
            <w:highlight w:val="cyan"/>
            <w:lang w:val="en-GB"/>
          </w:rPr>
          <w:t>Lina</w:t>
        </w:r>
        <w:r w:rsidRPr="001C79B2">
          <w:rPr>
            <w:rStyle w:val="Hyperlink"/>
            <w:rFonts w:ascii="Century Gothic" w:hAnsi="Century Gothic"/>
            <w:b/>
            <w:bCs/>
            <w:color w:val="000000" w:themeColor="text1"/>
            <w:kern w:val="24"/>
            <w:sz w:val="24"/>
            <w:szCs w:val="24"/>
            <w:highlight w:val="cyan"/>
            <w:lang w:val="en-GB"/>
          </w:rPr>
          <w:t>@hotmail.com\</w:t>
        </w:r>
      </w:hyperlink>
    </w:p>
    <w:p w14:paraId="77844934" w14:textId="77777777" w:rsidR="0059041F" w:rsidRPr="0059041F" w:rsidRDefault="0059041F" w:rsidP="0059041F">
      <w:pPr>
        <w:rPr>
          <w:rFonts w:ascii="Century Gothic" w:hAnsi="Century Gothic"/>
          <w:b/>
          <w:bCs/>
          <w:color w:val="000000" w:themeColor="text1"/>
          <w:kern w:val="24"/>
          <w:sz w:val="24"/>
          <w:szCs w:val="24"/>
          <w:lang w:val="en-GB"/>
        </w:rPr>
      </w:pPr>
      <w:r w:rsidRPr="001C79B2">
        <w:rPr>
          <w:rFonts w:ascii="Century Gothic" w:hAnsi="Century Gothic"/>
          <w:b/>
          <w:bCs/>
          <w:color w:val="000000" w:themeColor="text1"/>
          <w:kern w:val="24"/>
          <w:sz w:val="24"/>
          <w:szCs w:val="24"/>
          <w:highlight w:val="cyan"/>
          <w:lang w:val="en-GB"/>
        </w:rPr>
        <w:t>Subject: My favourite colours</w:t>
      </w:r>
    </w:p>
    <w:bookmarkEnd w:id="1"/>
    <w:p w14:paraId="5769412A" w14:textId="77777777" w:rsidR="0059041F" w:rsidRPr="0059041F" w:rsidRDefault="0059041F" w:rsidP="0059041F"/>
    <w:p w14:paraId="0CB23915" w14:textId="6BEC3582" w:rsidR="005619E4" w:rsidRPr="00B47C59" w:rsidRDefault="00000000">
      <w:pPr>
        <w:rPr>
          <w:b/>
          <w:bCs/>
          <w:color w:val="FFFF00"/>
          <w:sz w:val="24"/>
          <w:szCs w:val="24"/>
        </w:rPr>
      </w:pPr>
      <w:r w:rsidRPr="00B47C59">
        <w:rPr>
          <w:b/>
          <w:bCs/>
          <w:color w:val="FFFF00"/>
          <w:sz w:val="24"/>
          <w:szCs w:val="24"/>
        </w:rPr>
        <w:t>Hi John,</w:t>
      </w:r>
      <w:r w:rsidRPr="00B47C59">
        <w:rPr>
          <w:b/>
          <w:bCs/>
          <w:color w:val="FFFF00"/>
          <w:sz w:val="24"/>
          <w:szCs w:val="24"/>
        </w:rPr>
        <w:br/>
        <w:t>I enjoyed your email. Your new bedroom sounds great! I like blue, but my favourite colour is yellow.</w:t>
      </w:r>
      <w:r w:rsidRPr="00B47C59">
        <w:rPr>
          <w:b/>
          <w:bCs/>
          <w:color w:val="FFFF00"/>
          <w:sz w:val="24"/>
          <w:szCs w:val="24"/>
        </w:rPr>
        <w:br/>
      </w:r>
      <w:r w:rsidRPr="00B47C59">
        <w:rPr>
          <w:b/>
          <w:bCs/>
          <w:color w:val="FFFF00"/>
          <w:sz w:val="24"/>
          <w:szCs w:val="24"/>
        </w:rPr>
        <w:br/>
        <w:t>Yellow is a bright and cheerful colour. It always makes me smile. It reminds me of the sun shining in summer and of big sunflowers in my grandmother’s garden. I feel happy whenever I see it.</w:t>
      </w:r>
      <w:r w:rsidRPr="00B47C59">
        <w:rPr>
          <w:b/>
          <w:bCs/>
          <w:color w:val="FFFF00"/>
          <w:sz w:val="24"/>
          <w:szCs w:val="24"/>
        </w:rPr>
        <w:br/>
      </w:r>
      <w:r w:rsidRPr="00B47C59">
        <w:rPr>
          <w:b/>
          <w:bCs/>
          <w:color w:val="FFFF00"/>
          <w:sz w:val="24"/>
          <w:szCs w:val="24"/>
        </w:rPr>
        <w:br/>
        <w:t xml:space="preserve">Yellow is also the </w:t>
      </w:r>
      <w:r w:rsidR="00B47C59" w:rsidRPr="00B47C59">
        <w:rPr>
          <w:b/>
          <w:bCs/>
          <w:color w:val="FFFF00"/>
          <w:sz w:val="24"/>
          <w:szCs w:val="24"/>
        </w:rPr>
        <w:t>color</w:t>
      </w:r>
      <w:r w:rsidRPr="00B47C59">
        <w:rPr>
          <w:b/>
          <w:bCs/>
          <w:color w:val="FFFF00"/>
          <w:sz w:val="24"/>
          <w:szCs w:val="24"/>
        </w:rPr>
        <w:t xml:space="preserve"> of my </w:t>
      </w:r>
      <w:r w:rsidR="00B47C59" w:rsidRPr="00B47C59">
        <w:rPr>
          <w:b/>
          <w:bCs/>
          <w:color w:val="FFFF00"/>
          <w:sz w:val="24"/>
          <w:szCs w:val="24"/>
        </w:rPr>
        <w:t xml:space="preserve">favorite </w:t>
      </w:r>
      <w:r w:rsidRPr="00B47C59">
        <w:rPr>
          <w:b/>
          <w:bCs/>
          <w:color w:val="FFFF00"/>
          <w:sz w:val="24"/>
          <w:szCs w:val="24"/>
        </w:rPr>
        <w:t xml:space="preserve">corn soup. It’s warm, creamy, and makes me feel good. My yellow T-shirt is also my favourite because it is bright and happy. I </w:t>
      </w:r>
      <w:r w:rsidR="00B47C59" w:rsidRPr="00B47C59">
        <w:rPr>
          <w:b/>
          <w:bCs/>
          <w:color w:val="FFFF00"/>
          <w:sz w:val="24"/>
          <w:szCs w:val="24"/>
        </w:rPr>
        <w:t>will wear</w:t>
      </w:r>
      <w:r w:rsidRPr="00B47C59">
        <w:rPr>
          <w:b/>
          <w:bCs/>
          <w:color w:val="FFFF00"/>
          <w:sz w:val="24"/>
          <w:szCs w:val="24"/>
        </w:rPr>
        <w:t xml:space="preserve"> it in summer.</w:t>
      </w:r>
      <w:r w:rsidRPr="00B47C59">
        <w:rPr>
          <w:b/>
          <w:bCs/>
          <w:color w:val="FFFF00"/>
          <w:sz w:val="24"/>
          <w:szCs w:val="24"/>
        </w:rPr>
        <w:br/>
      </w:r>
      <w:r w:rsidRPr="00B47C59">
        <w:rPr>
          <w:b/>
          <w:bCs/>
          <w:color w:val="FFFF00"/>
          <w:sz w:val="24"/>
          <w:szCs w:val="24"/>
        </w:rPr>
        <w:br/>
        <w:t>Please show me your new room soon.</w:t>
      </w:r>
      <w:r w:rsidRPr="00B47C59">
        <w:rPr>
          <w:b/>
          <w:bCs/>
          <w:color w:val="FFFF00"/>
          <w:sz w:val="24"/>
          <w:szCs w:val="24"/>
        </w:rPr>
        <w:br/>
        <w:t>Love,</w:t>
      </w:r>
      <w:r w:rsidRPr="00B47C59">
        <w:rPr>
          <w:b/>
          <w:bCs/>
          <w:color w:val="FFFF00"/>
          <w:sz w:val="24"/>
          <w:szCs w:val="24"/>
        </w:rPr>
        <w:br/>
        <w:t>Lina</w:t>
      </w:r>
    </w:p>
    <w:p w14:paraId="2C448C4F" w14:textId="7A77099D" w:rsidR="005619E4" w:rsidRPr="004D6A0A" w:rsidRDefault="004D6A0A">
      <w:pPr>
        <w:pStyle w:val="Heading2"/>
        <w:rPr>
          <w:color w:val="0070C0"/>
          <w:sz w:val="36"/>
          <w:szCs w:val="36"/>
        </w:rPr>
      </w:pPr>
      <w:r w:rsidRPr="004D6A0A">
        <w:rPr>
          <w:color w:val="0070C0"/>
          <w:sz w:val="36"/>
          <w:szCs w:val="36"/>
        </w:rPr>
        <w:lastRenderedPageBreak/>
        <w:t>Favorite</w:t>
      </w:r>
      <w:r w:rsidR="00000000" w:rsidRPr="004D6A0A">
        <w:rPr>
          <w:color w:val="0070C0"/>
          <w:sz w:val="36"/>
          <w:szCs w:val="36"/>
        </w:rPr>
        <w:t xml:space="preserve"> </w:t>
      </w:r>
      <w:r w:rsidRPr="004D6A0A">
        <w:rPr>
          <w:color w:val="0070C0"/>
          <w:sz w:val="36"/>
          <w:szCs w:val="36"/>
        </w:rPr>
        <w:t>Color</w:t>
      </w:r>
      <w:r w:rsidR="00000000" w:rsidRPr="004D6A0A">
        <w:rPr>
          <w:color w:val="0070C0"/>
          <w:sz w:val="36"/>
          <w:szCs w:val="36"/>
        </w:rPr>
        <w:t>: Blue</w:t>
      </w:r>
    </w:p>
    <w:p w14:paraId="328D00F6" w14:textId="77777777" w:rsidR="002C462C" w:rsidRDefault="002C462C" w:rsidP="002C462C"/>
    <w:p w14:paraId="2448BD5B" w14:textId="277D8186" w:rsidR="002C462C" w:rsidRPr="002C462C" w:rsidRDefault="002C462C" w:rsidP="002C462C">
      <w:r>
        <w:rPr>
          <w:noProof/>
        </w:rPr>
        <w:drawing>
          <wp:inline distT="0" distB="0" distL="0" distR="0" wp14:anchorId="1D1D1E80" wp14:editId="74F765A4">
            <wp:extent cx="6052185" cy="2819400"/>
            <wp:effectExtent l="0" t="0" r="5715" b="0"/>
            <wp:docPr id="1639173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901" cy="2833243"/>
                    </a:xfrm>
                    <a:prstGeom prst="rect">
                      <a:avLst/>
                    </a:prstGeom>
                    <a:noFill/>
                  </pic:spPr>
                </pic:pic>
              </a:graphicData>
            </a:graphic>
          </wp:inline>
        </w:drawing>
      </w:r>
    </w:p>
    <w:p w14:paraId="41D63434" w14:textId="77777777" w:rsidR="002C462C" w:rsidRPr="001C79B2" w:rsidRDefault="002C462C" w:rsidP="002C462C">
      <w:pPr>
        <w:pStyle w:val="NormalWeb"/>
        <w:spacing w:before="0" w:beforeAutospacing="0" w:after="0" w:afterAutospacing="0"/>
        <w:jc w:val="lowKashida"/>
        <w:rPr>
          <w:b/>
          <w:bCs/>
          <w:highlight w:val="cyan"/>
        </w:rPr>
      </w:pPr>
      <w:r w:rsidRPr="001C79B2">
        <w:rPr>
          <w:rFonts w:ascii="Century Gothic" w:eastAsiaTheme="minorEastAsia" w:hAnsi="Century Gothic" w:cstheme="minorBidi"/>
          <w:b/>
          <w:bCs/>
          <w:color w:val="000000" w:themeColor="text1"/>
          <w:kern w:val="24"/>
          <w:highlight w:val="cyan"/>
          <w:lang w:val="en-GB"/>
        </w:rPr>
        <w:t>To: John@gmail.com</w:t>
      </w:r>
    </w:p>
    <w:p w14:paraId="519D74A6" w14:textId="1CA1E2FD" w:rsidR="002C462C" w:rsidRPr="001C79B2" w:rsidRDefault="002C462C" w:rsidP="002C462C">
      <w:pPr>
        <w:rPr>
          <w:rFonts w:ascii="Century Gothic" w:hAnsi="Century Gothic"/>
          <w:b/>
          <w:bCs/>
          <w:color w:val="000000" w:themeColor="text1"/>
          <w:kern w:val="24"/>
          <w:sz w:val="24"/>
          <w:szCs w:val="24"/>
          <w:highlight w:val="cyan"/>
          <w:lang w:val="en-GB"/>
        </w:rPr>
      </w:pPr>
      <w:r w:rsidRPr="001C79B2">
        <w:rPr>
          <w:rFonts w:ascii="Century Gothic" w:hAnsi="Century Gothic"/>
          <w:b/>
          <w:bCs/>
          <w:color w:val="000000" w:themeColor="text1"/>
          <w:kern w:val="24"/>
          <w:sz w:val="24"/>
          <w:szCs w:val="24"/>
          <w:highlight w:val="cyan"/>
          <w:lang w:val="en-GB"/>
        </w:rPr>
        <w:t xml:space="preserve">From: </w:t>
      </w:r>
      <w:hyperlink r:id="rId16" w:history="1">
        <w:r w:rsidRPr="001C79B2">
          <w:rPr>
            <w:rStyle w:val="Hyperlink"/>
            <w:rFonts w:ascii="Century Gothic" w:hAnsi="Century Gothic"/>
            <w:b/>
            <w:bCs/>
            <w:kern w:val="24"/>
            <w:sz w:val="24"/>
            <w:szCs w:val="24"/>
            <w:highlight w:val="cyan"/>
            <w:lang w:val="en-GB"/>
          </w:rPr>
          <w:t>David</w:t>
        </w:r>
        <w:r w:rsidRPr="001C79B2">
          <w:rPr>
            <w:rStyle w:val="Hyperlink"/>
            <w:rFonts w:ascii="Century Gothic" w:hAnsi="Century Gothic"/>
            <w:b/>
            <w:bCs/>
            <w:kern w:val="24"/>
            <w:sz w:val="24"/>
            <w:szCs w:val="24"/>
            <w:highlight w:val="cyan"/>
            <w:lang w:val="en-GB"/>
          </w:rPr>
          <w:t>@hotmail.com\</w:t>
        </w:r>
      </w:hyperlink>
    </w:p>
    <w:p w14:paraId="2090E244" w14:textId="77777777" w:rsidR="002C462C" w:rsidRPr="0059041F" w:rsidRDefault="002C462C" w:rsidP="002C462C">
      <w:pPr>
        <w:rPr>
          <w:rFonts w:ascii="Century Gothic" w:hAnsi="Century Gothic"/>
          <w:b/>
          <w:bCs/>
          <w:color w:val="000000" w:themeColor="text1"/>
          <w:kern w:val="24"/>
          <w:sz w:val="24"/>
          <w:szCs w:val="24"/>
          <w:lang w:val="en-GB"/>
        </w:rPr>
      </w:pPr>
      <w:r w:rsidRPr="001C79B2">
        <w:rPr>
          <w:rFonts w:ascii="Century Gothic" w:hAnsi="Century Gothic"/>
          <w:b/>
          <w:bCs/>
          <w:color w:val="000000" w:themeColor="text1"/>
          <w:kern w:val="24"/>
          <w:sz w:val="24"/>
          <w:szCs w:val="24"/>
          <w:highlight w:val="cyan"/>
          <w:lang w:val="en-GB"/>
        </w:rPr>
        <w:t>Subject: My favourite colours</w:t>
      </w:r>
    </w:p>
    <w:p w14:paraId="463FC607" w14:textId="77777777" w:rsidR="002C462C" w:rsidRPr="002C462C" w:rsidRDefault="002C462C" w:rsidP="002C462C"/>
    <w:p w14:paraId="5CC77695" w14:textId="20E0897C" w:rsidR="005619E4" w:rsidRPr="00934DCF" w:rsidRDefault="00000000">
      <w:pPr>
        <w:rPr>
          <w:b/>
          <w:bCs/>
          <w:color w:val="00B0F0"/>
          <w:sz w:val="24"/>
          <w:szCs w:val="24"/>
        </w:rPr>
      </w:pPr>
      <w:r w:rsidRPr="00934DCF">
        <w:rPr>
          <w:b/>
          <w:bCs/>
          <w:color w:val="00B0F0"/>
          <w:sz w:val="24"/>
          <w:szCs w:val="24"/>
        </w:rPr>
        <w:t>Hi John,</w:t>
      </w:r>
      <w:r w:rsidRPr="00934DCF">
        <w:rPr>
          <w:b/>
          <w:bCs/>
          <w:color w:val="00B0F0"/>
          <w:sz w:val="24"/>
          <w:szCs w:val="24"/>
        </w:rPr>
        <w:br/>
        <w:t>Thanks for writing to me. I like your choice of blue walls! My favourite colour is also blue.</w:t>
      </w:r>
      <w:r w:rsidRPr="00934DCF">
        <w:rPr>
          <w:b/>
          <w:bCs/>
          <w:color w:val="00B0F0"/>
          <w:sz w:val="24"/>
          <w:szCs w:val="24"/>
        </w:rPr>
        <w:br/>
      </w:r>
      <w:r w:rsidRPr="00934DCF">
        <w:rPr>
          <w:b/>
          <w:bCs/>
          <w:color w:val="00B0F0"/>
          <w:sz w:val="24"/>
          <w:szCs w:val="24"/>
        </w:rPr>
        <w:br/>
        <w:t>Blue makes me feel calm and safe. It reminds me of the sea and the clear sky on a sunny day. Sometimes I just sit outside and watch the blue sky—it makes me peaceful inside.</w:t>
      </w:r>
      <w:r w:rsidRPr="00934DCF">
        <w:rPr>
          <w:b/>
          <w:bCs/>
          <w:color w:val="00B0F0"/>
          <w:sz w:val="24"/>
          <w:szCs w:val="24"/>
        </w:rPr>
        <w:br/>
      </w:r>
      <w:r w:rsidRPr="00934DCF">
        <w:rPr>
          <w:b/>
          <w:bCs/>
          <w:color w:val="00B0F0"/>
          <w:sz w:val="24"/>
          <w:szCs w:val="24"/>
        </w:rPr>
        <w:br/>
        <w:t xml:space="preserve">Blue is also the colour of my </w:t>
      </w:r>
      <w:r w:rsidR="001C79B2" w:rsidRPr="00934DCF">
        <w:rPr>
          <w:b/>
          <w:bCs/>
          <w:color w:val="00B0F0"/>
          <w:sz w:val="24"/>
          <w:szCs w:val="24"/>
        </w:rPr>
        <w:t>favorite</w:t>
      </w:r>
      <w:r w:rsidRPr="00934DCF">
        <w:rPr>
          <w:b/>
          <w:bCs/>
          <w:color w:val="00B0F0"/>
          <w:sz w:val="24"/>
          <w:szCs w:val="24"/>
        </w:rPr>
        <w:t xml:space="preserve"> </w:t>
      </w:r>
      <w:r w:rsidR="001C79B2" w:rsidRPr="00934DCF">
        <w:rPr>
          <w:b/>
          <w:bCs/>
          <w:color w:val="00B0F0"/>
          <w:sz w:val="24"/>
          <w:szCs w:val="24"/>
        </w:rPr>
        <w:t xml:space="preserve">food, </w:t>
      </w:r>
      <w:r w:rsidRPr="00934DCF">
        <w:rPr>
          <w:b/>
          <w:bCs/>
          <w:color w:val="00B0F0"/>
          <w:sz w:val="24"/>
          <w:szCs w:val="24"/>
        </w:rPr>
        <w:t>blueberries. They are small but full of sweet flavour! I also like my blue jeans. They are comfortable and I wear them almost every day.</w:t>
      </w:r>
      <w:r w:rsidRPr="00934DCF">
        <w:rPr>
          <w:b/>
          <w:bCs/>
          <w:color w:val="00B0F0"/>
          <w:sz w:val="24"/>
          <w:szCs w:val="24"/>
        </w:rPr>
        <w:br/>
      </w:r>
      <w:r w:rsidRPr="00934DCF">
        <w:rPr>
          <w:b/>
          <w:bCs/>
          <w:color w:val="00B0F0"/>
          <w:sz w:val="24"/>
          <w:szCs w:val="24"/>
        </w:rPr>
        <w:br/>
        <w:t>I’d love to see more pictures of your room when it’s ready.</w:t>
      </w:r>
      <w:r w:rsidRPr="00934DCF">
        <w:rPr>
          <w:b/>
          <w:bCs/>
          <w:color w:val="00B0F0"/>
          <w:sz w:val="24"/>
          <w:szCs w:val="24"/>
        </w:rPr>
        <w:br/>
        <w:t>Take care,</w:t>
      </w:r>
      <w:r w:rsidRPr="00934DCF">
        <w:rPr>
          <w:b/>
          <w:bCs/>
          <w:color w:val="00B0F0"/>
          <w:sz w:val="24"/>
          <w:szCs w:val="24"/>
        </w:rPr>
        <w:br/>
        <w:t>David</w:t>
      </w:r>
    </w:p>
    <w:p w14:paraId="25043097" w14:textId="77777777" w:rsidR="002C462C" w:rsidRDefault="002C462C"/>
    <w:p w14:paraId="6B1D21B2" w14:textId="050F8947" w:rsidR="005619E4" w:rsidRPr="004D6A0A" w:rsidRDefault="002C462C">
      <w:pPr>
        <w:pStyle w:val="Heading2"/>
        <w:rPr>
          <w:color w:val="7030A0"/>
          <w:sz w:val="36"/>
          <w:szCs w:val="36"/>
        </w:rPr>
      </w:pPr>
      <w:r w:rsidRPr="004D6A0A">
        <w:rPr>
          <w:color w:val="7030A0"/>
          <w:sz w:val="36"/>
          <w:szCs w:val="36"/>
        </w:rPr>
        <w:lastRenderedPageBreak/>
        <w:t>Favorite</w:t>
      </w:r>
      <w:r w:rsidR="00000000" w:rsidRPr="004D6A0A">
        <w:rPr>
          <w:color w:val="7030A0"/>
          <w:sz w:val="36"/>
          <w:szCs w:val="36"/>
        </w:rPr>
        <w:t xml:space="preserve"> </w:t>
      </w:r>
      <w:r w:rsidRPr="004D6A0A">
        <w:rPr>
          <w:color w:val="7030A0"/>
          <w:sz w:val="36"/>
          <w:szCs w:val="36"/>
        </w:rPr>
        <w:t>Color</w:t>
      </w:r>
      <w:r w:rsidR="00000000" w:rsidRPr="004D6A0A">
        <w:rPr>
          <w:color w:val="7030A0"/>
          <w:sz w:val="36"/>
          <w:szCs w:val="36"/>
        </w:rPr>
        <w:t>: Purple</w:t>
      </w:r>
    </w:p>
    <w:p w14:paraId="122990DD" w14:textId="77777777" w:rsidR="002C462C" w:rsidRPr="002C462C" w:rsidRDefault="002C462C" w:rsidP="002C462C"/>
    <w:p w14:paraId="6BCDFF2F" w14:textId="40EE9494" w:rsidR="002C462C" w:rsidRPr="002C462C" w:rsidRDefault="002C462C" w:rsidP="002C462C">
      <w:r>
        <w:rPr>
          <w:noProof/>
        </w:rPr>
        <w:drawing>
          <wp:inline distT="0" distB="0" distL="0" distR="0" wp14:anchorId="0246A00E" wp14:editId="556BC142">
            <wp:extent cx="5391150" cy="2250440"/>
            <wp:effectExtent l="0" t="0" r="0" b="0"/>
            <wp:docPr id="2022869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4130" cy="2255858"/>
                    </a:xfrm>
                    <a:prstGeom prst="rect">
                      <a:avLst/>
                    </a:prstGeom>
                    <a:noFill/>
                  </pic:spPr>
                </pic:pic>
              </a:graphicData>
            </a:graphic>
          </wp:inline>
        </w:drawing>
      </w:r>
    </w:p>
    <w:p w14:paraId="59F21C3D" w14:textId="77777777" w:rsidR="002C462C" w:rsidRPr="002C462C" w:rsidRDefault="002C462C" w:rsidP="002C462C"/>
    <w:p w14:paraId="199CC733" w14:textId="77777777" w:rsidR="002C462C" w:rsidRPr="001C79B2" w:rsidRDefault="002C462C" w:rsidP="002C462C">
      <w:pPr>
        <w:pStyle w:val="NormalWeb"/>
        <w:spacing w:before="0" w:beforeAutospacing="0" w:after="0" w:afterAutospacing="0"/>
        <w:jc w:val="lowKashida"/>
        <w:rPr>
          <w:b/>
          <w:bCs/>
          <w:highlight w:val="cyan"/>
        </w:rPr>
      </w:pPr>
      <w:r w:rsidRPr="001C79B2">
        <w:rPr>
          <w:rFonts w:ascii="Century Gothic" w:eastAsiaTheme="minorEastAsia" w:hAnsi="Century Gothic" w:cstheme="minorBidi"/>
          <w:b/>
          <w:bCs/>
          <w:color w:val="000000" w:themeColor="text1"/>
          <w:kern w:val="24"/>
          <w:highlight w:val="cyan"/>
          <w:lang w:val="en-GB"/>
        </w:rPr>
        <w:t>To: John@gmail.com</w:t>
      </w:r>
    </w:p>
    <w:p w14:paraId="2E92A5DA" w14:textId="18C4B316" w:rsidR="002C462C" w:rsidRPr="001C79B2" w:rsidRDefault="002C462C" w:rsidP="002C462C">
      <w:pPr>
        <w:rPr>
          <w:rFonts w:ascii="Century Gothic" w:hAnsi="Century Gothic"/>
          <w:b/>
          <w:bCs/>
          <w:color w:val="000000" w:themeColor="text1"/>
          <w:kern w:val="24"/>
          <w:sz w:val="24"/>
          <w:szCs w:val="24"/>
          <w:highlight w:val="cyan"/>
          <w:lang w:val="en-GB"/>
        </w:rPr>
      </w:pPr>
      <w:r w:rsidRPr="001C79B2">
        <w:rPr>
          <w:rFonts w:ascii="Century Gothic" w:hAnsi="Century Gothic"/>
          <w:b/>
          <w:bCs/>
          <w:color w:val="000000" w:themeColor="text1"/>
          <w:kern w:val="24"/>
          <w:sz w:val="24"/>
          <w:szCs w:val="24"/>
          <w:highlight w:val="cyan"/>
          <w:lang w:val="en-GB"/>
        </w:rPr>
        <w:t xml:space="preserve">From: </w:t>
      </w:r>
      <w:hyperlink r:id="rId18" w:history="1">
        <w:r w:rsidR="004D6A0A" w:rsidRPr="001C79B2">
          <w:rPr>
            <w:rStyle w:val="Hyperlink"/>
            <w:rFonts w:ascii="Century Gothic" w:hAnsi="Century Gothic"/>
            <w:b/>
            <w:bCs/>
            <w:kern w:val="24"/>
            <w:sz w:val="24"/>
            <w:szCs w:val="24"/>
            <w:highlight w:val="cyan"/>
            <w:lang w:val="en-GB"/>
          </w:rPr>
          <w:t>Hana</w:t>
        </w:r>
        <w:r w:rsidR="004D6A0A" w:rsidRPr="001C79B2">
          <w:rPr>
            <w:rStyle w:val="Hyperlink"/>
            <w:rFonts w:ascii="Century Gothic" w:hAnsi="Century Gothic"/>
            <w:b/>
            <w:bCs/>
            <w:kern w:val="24"/>
            <w:sz w:val="24"/>
            <w:szCs w:val="24"/>
            <w:highlight w:val="cyan"/>
            <w:lang w:val="en-GB"/>
          </w:rPr>
          <w:t>@hotmail.com\</w:t>
        </w:r>
      </w:hyperlink>
    </w:p>
    <w:p w14:paraId="2607B9BC" w14:textId="575445BA" w:rsidR="002C462C" w:rsidRPr="002E19B4" w:rsidRDefault="002C462C" w:rsidP="002E19B4">
      <w:pPr>
        <w:rPr>
          <w:rFonts w:ascii="Century Gothic" w:hAnsi="Century Gothic"/>
          <w:b/>
          <w:bCs/>
          <w:color w:val="000000" w:themeColor="text1"/>
          <w:kern w:val="24"/>
          <w:sz w:val="24"/>
          <w:szCs w:val="24"/>
          <w:lang w:val="en-GB"/>
        </w:rPr>
      </w:pPr>
      <w:r w:rsidRPr="001C79B2">
        <w:rPr>
          <w:rFonts w:ascii="Century Gothic" w:hAnsi="Century Gothic"/>
          <w:b/>
          <w:bCs/>
          <w:color w:val="000000" w:themeColor="text1"/>
          <w:kern w:val="24"/>
          <w:sz w:val="24"/>
          <w:szCs w:val="24"/>
          <w:highlight w:val="cyan"/>
          <w:lang w:val="en-GB"/>
        </w:rPr>
        <w:t>Subject: My favourite colours</w:t>
      </w:r>
    </w:p>
    <w:p w14:paraId="2EB61051" w14:textId="77777777" w:rsidR="002C462C" w:rsidRPr="002C462C" w:rsidRDefault="002C462C" w:rsidP="002C462C"/>
    <w:p w14:paraId="57A29543" w14:textId="77777777" w:rsidR="005619E4" w:rsidRPr="00934DCF" w:rsidRDefault="00000000">
      <w:pPr>
        <w:rPr>
          <w:b/>
          <w:bCs/>
          <w:color w:val="8064A2" w:themeColor="accent4"/>
          <w:sz w:val="24"/>
          <w:szCs w:val="24"/>
        </w:rPr>
      </w:pPr>
      <w:r w:rsidRPr="00934DCF">
        <w:rPr>
          <w:b/>
          <w:bCs/>
          <w:color w:val="8064A2" w:themeColor="accent4"/>
          <w:sz w:val="24"/>
          <w:szCs w:val="24"/>
        </w:rPr>
        <w:t>Hi John,</w:t>
      </w:r>
      <w:r w:rsidRPr="00934DCF">
        <w:rPr>
          <w:b/>
          <w:bCs/>
          <w:color w:val="8064A2" w:themeColor="accent4"/>
          <w:sz w:val="24"/>
          <w:szCs w:val="24"/>
        </w:rPr>
        <w:br/>
        <w:t>Great to read your email! Your new bedroom sounds very nice. I like the blue walls, but my favourite colour is purple.</w:t>
      </w:r>
      <w:r w:rsidRPr="00934DCF">
        <w:rPr>
          <w:b/>
          <w:bCs/>
          <w:color w:val="8064A2" w:themeColor="accent4"/>
          <w:sz w:val="24"/>
          <w:szCs w:val="24"/>
        </w:rPr>
        <w:br/>
      </w:r>
      <w:r w:rsidRPr="00934DCF">
        <w:rPr>
          <w:b/>
          <w:bCs/>
          <w:color w:val="8064A2" w:themeColor="accent4"/>
          <w:sz w:val="24"/>
          <w:szCs w:val="24"/>
        </w:rPr>
        <w:br/>
        <w:t>Purple is a special and beautiful colour. It makes me feel creative and unique. When I see it, I think of the evening sky and the lavender flowers in the fields. It’s a colour that always makes me dream.</w:t>
      </w:r>
      <w:r w:rsidRPr="00934DCF">
        <w:rPr>
          <w:b/>
          <w:bCs/>
          <w:color w:val="8064A2" w:themeColor="accent4"/>
          <w:sz w:val="24"/>
          <w:szCs w:val="24"/>
        </w:rPr>
        <w:br/>
      </w:r>
      <w:r w:rsidRPr="00934DCF">
        <w:rPr>
          <w:b/>
          <w:bCs/>
          <w:color w:val="8064A2" w:themeColor="accent4"/>
          <w:sz w:val="24"/>
          <w:szCs w:val="24"/>
        </w:rPr>
        <w:br/>
        <w:t>Purple is also the colour of my favourite food—plums. They are sweet and juicy, and I enjoy eating them in summer. I also have a purple sweater that is soft and warm, and I wear it on cool evenings.</w:t>
      </w:r>
      <w:r w:rsidRPr="00934DCF">
        <w:rPr>
          <w:b/>
          <w:bCs/>
          <w:color w:val="8064A2" w:themeColor="accent4"/>
          <w:sz w:val="24"/>
          <w:szCs w:val="24"/>
        </w:rPr>
        <w:br/>
      </w:r>
      <w:r w:rsidRPr="00934DCF">
        <w:rPr>
          <w:b/>
          <w:bCs/>
          <w:color w:val="8064A2" w:themeColor="accent4"/>
          <w:sz w:val="24"/>
          <w:szCs w:val="24"/>
        </w:rPr>
        <w:br/>
        <w:t>Send me photos of your room when you can.</w:t>
      </w:r>
      <w:r w:rsidRPr="00934DCF">
        <w:rPr>
          <w:b/>
          <w:bCs/>
          <w:color w:val="8064A2" w:themeColor="accent4"/>
          <w:sz w:val="24"/>
          <w:szCs w:val="24"/>
        </w:rPr>
        <w:br/>
        <w:t>Best wishes,</w:t>
      </w:r>
      <w:r w:rsidRPr="00934DCF">
        <w:rPr>
          <w:b/>
          <w:bCs/>
          <w:color w:val="8064A2" w:themeColor="accent4"/>
          <w:sz w:val="24"/>
          <w:szCs w:val="24"/>
        </w:rPr>
        <w:br/>
        <w:t>Hana</w:t>
      </w:r>
    </w:p>
    <w:p w14:paraId="0507D8FF" w14:textId="77777777" w:rsidR="002D2DE3" w:rsidRDefault="002D2DE3"/>
    <w:p w14:paraId="25973B28" w14:textId="6B5004B1" w:rsidR="004D6A0A" w:rsidRDefault="004D6A0A" w:rsidP="004D6A0A"/>
    <w:p w14:paraId="58F3123F" w14:textId="0056D313" w:rsidR="005619E4" w:rsidRDefault="002D2DE3">
      <w:pPr>
        <w:rPr>
          <w:b/>
          <w:bCs/>
          <w:color w:val="E36C0A" w:themeColor="accent6" w:themeShade="BF"/>
          <w:sz w:val="36"/>
          <w:szCs w:val="36"/>
        </w:rPr>
      </w:pPr>
      <w:r w:rsidRPr="002D2DE3">
        <w:rPr>
          <w:b/>
          <w:bCs/>
          <w:color w:val="E36C0A" w:themeColor="accent6" w:themeShade="BF"/>
          <w:sz w:val="36"/>
          <w:szCs w:val="36"/>
        </w:rPr>
        <w:lastRenderedPageBreak/>
        <w:t>Favorite color: Orange</w:t>
      </w:r>
    </w:p>
    <w:p w14:paraId="52999E06" w14:textId="77777777" w:rsidR="002D2DE3" w:rsidRDefault="002D2DE3">
      <w:pPr>
        <w:rPr>
          <w:b/>
          <w:bCs/>
          <w:color w:val="E36C0A" w:themeColor="accent6" w:themeShade="BF"/>
          <w:sz w:val="36"/>
          <w:szCs w:val="36"/>
        </w:rPr>
      </w:pPr>
    </w:p>
    <w:p w14:paraId="0A257A49" w14:textId="0BDBCD26" w:rsidR="002D2DE3" w:rsidRDefault="002D2DE3">
      <w:pPr>
        <w:rPr>
          <w:b/>
          <w:bCs/>
          <w:color w:val="E36C0A" w:themeColor="accent6" w:themeShade="BF"/>
          <w:sz w:val="36"/>
          <w:szCs w:val="36"/>
        </w:rPr>
      </w:pPr>
      <w:r>
        <w:rPr>
          <w:b/>
          <w:bCs/>
          <w:noProof/>
          <w:color w:val="E36C0A" w:themeColor="accent6" w:themeShade="BF"/>
          <w:sz w:val="36"/>
          <w:szCs w:val="36"/>
        </w:rPr>
        <w:drawing>
          <wp:inline distT="0" distB="0" distL="0" distR="0" wp14:anchorId="316A5DAB" wp14:editId="4BAC9F0F">
            <wp:extent cx="4914900" cy="2000250"/>
            <wp:effectExtent l="0" t="0" r="0" b="0"/>
            <wp:docPr id="1761333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1730" cy="2007099"/>
                    </a:xfrm>
                    <a:prstGeom prst="rect">
                      <a:avLst/>
                    </a:prstGeom>
                    <a:noFill/>
                  </pic:spPr>
                </pic:pic>
              </a:graphicData>
            </a:graphic>
          </wp:inline>
        </w:drawing>
      </w:r>
    </w:p>
    <w:p w14:paraId="1B71D715" w14:textId="77777777" w:rsidR="00182702" w:rsidRPr="001C79B2" w:rsidRDefault="00182702" w:rsidP="00182702">
      <w:pPr>
        <w:pStyle w:val="NormalWeb"/>
        <w:spacing w:before="0" w:beforeAutospacing="0" w:after="0" w:afterAutospacing="0"/>
        <w:jc w:val="lowKashida"/>
        <w:rPr>
          <w:b/>
          <w:bCs/>
          <w:highlight w:val="cyan"/>
        </w:rPr>
      </w:pPr>
      <w:r w:rsidRPr="001C79B2">
        <w:rPr>
          <w:rFonts w:ascii="Century Gothic" w:eastAsiaTheme="minorEastAsia" w:hAnsi="Century Gothic" w:cstheme="minorBidi"/>
          <w:b/>
          <w:bCs/>
          <w:color w:val="000000" w:themeColor="text1"/>
          <w:kern w:val="24"/>
          <w:highlight w:val="cyan"/>
          <w:lang w:val="en-GB"/>
        </w:rPr>
        <w:t>To: John@gmail.com</w:t>
      </w:r>
    </w:p>
    <w:p w14:paraId="79550902" w14:textId="2203C899" w:rsidR="00182702" w:rsidRPr="001C79B2" w:rsidRDefault="00182702" w:rsidP="00182702">
      <w:pPr>
        <w:rPr>
          <w:rFonts w:ascii="Century Gothic" w:hAnsi="Century Gothic"/>
          <w:b/>
          <w:bCs/>
          <w:color w:val="000000" w:themeColor="text1"/>
          <w:kern w:val="24"/>
          <w:sz w:val="24"/>
          <w:szCs w:val="24"/>
          <w:highlight w:val="cyan"/>
          <w:lang w:val="en-GB"/>
        </w:rPr>
      </w:pPr>
      <w:r w:rsidRPr="001C79B2">
        <w:rPr>
          <w:rFonts w:ascii="Century Gothic" w:hAnsi="Century Gothic"/>
          <w:b/>
          <w:bCs/>
          <w:color w:val="000000" w:themeColor="text1"/>
          <w:kern w:val="24"/>
          <w:sz w:val="24"/>
          <w:szCs w:val="24"/>
          <w:highlight w:val="cyan"/>
          <w:lang w:val="en-GB"/>
        </w:rPr>
        <w:t xml:space="preserve">From: </w:t>
      </w:r>
      <w:hyperlink r:id="rId20" w:history="1">
        <w:r w:rsidRPr="00F03F0B">
          <w:rPr>
            <w:rStyle w:val="Hyperlink"/>
            <w:rFonts w:ascii="Century Gothic" w:hAnsi="Century Gothic"/>
            <w:b/>
            <w:bCs/>
            <w:kern w:val="24"/>
            <w:sz w:val="24"/>
            <w:szCs w:val="24"/>
            <w:highlight w:val="cyan"/>
            <w:lang w:val="en-GB"/>
          </w:rPr>
          <w:t>Bob</w:t>
        </w:r>
        <w:r w:rsidRPr="00F03F0B">
          <w:rPr>
            <w:rStyle w:val="Hyperlink"/>
            <w:rFonts w:ascii="Century Gothic" w:hAnsi="Century Gothic"/>
            <w:b/>
            <w:bCs/>
            <w:kern w:val="24"/>
            <w:sz w:val="24"/>
            <w:szCs w:val="24"/>
            <w:highlight w:val="cyan"/>
            <w:lang w:val="en-GB"/>
          </w:rPr>
          <w:t>@hotmail.com\</w:t>
        </w:r>
      </w:hyperlink>
    </w:p>
    <w:p w14:paraId="4E477D66" w14:textId="77777777" w:rsidR="00182702" w:rsidRPr="002E19B4" w:rsidRDefault="00182702" w:rsidP="00182702">
      <w:pPr>
        <w:rPr>
          <w:rFonts w:ascii="Century Gothic" w:hAnsi="Century Gothic"/>
          <w:b/>
          <w:bCs/>
          <w:color w:val="000000" w:themeColor="text1"/>
          <w:kern w:val="24"/>
          <w:sz w:val="24"/>
          <w:szCs w:val="24"/>
          <w:lang w:val="en-GB"/>
        </w:rPr>
      </w:pPr>
      <w:r w:rsidRPr="001C79B2">
        <w:rPr>
          <w:rFonts w:ascii="Century Gothic" w:hAnsi="Century Gothic"/>
          <w:b/>
          <w:bCs/>
          <w:color w:val="000000" w:themeColor="text1"/>
          <w:kern w:val="24"/>
          <w:sz w:val="24"/>
          <w:szCs w:val="24"/>
          <w:highlight w:val="cyan"/>
          <w:lang w:val="en-GB"/>
        </w:rPr>
        <w:t>Subject: My favourite colours</w:t>
      </w:r>
    </w:p>
    <w:p w14:paraId="34722E95" w14:textId="77777777" w:rsidR="00182702" w:rsidRDefault="00182702" w:rsidP="002D2DE3">
      <w:pPr>
        <w:rPr>
          <w:b/>
          <w:bCs/>
          <w:color w:val="E36C0A" w:themeColor="accent6" w:themeShade="BF"/>
          <w:sz w:val="24"/>
          <w:szCs w:val="24"/>
        </w:rPr>
      </w:pPr>
    </w:p>
    <w:p w14:paraId="3B421798" w14:textId="35CDD507" w:rsidR="002D2DE3" w:rsidRPr="00934DCF" w:rsidRDefault="002D2DE3" w:rsidP="002D2DE3">
      <w:pPr>
        <w:rPr>
          <w:b/>
          <w:bCs/>
          <w:color w:val="E36C0A" w:themeColor="accent6" w:themeShade="BF"/>
          <w:sz w:val="24"/>
          <w:szCs w:val="24"/>
        </w:rPr>
      </w:pPr>
      <w:r w:rsidRPr="00934DCF">
        <w:rPr>
          <w:b/>
          <w:bCs/>
          <w:color w:val="E36C0A" w:themeColor="accent6" w:themeShade="BF"/>
          <w:sz w:val="24"/>
          <w:szCs w:val="24"/>
        </w:rPr>
        <w:t>Hi John,</w:t>
      </w:r>
    </w:p>
    <w:p w14:paraId="71900306" w14:textId="1472B965" w:rsidR="002D2DE3" w:rsidRPr="00934DCF" w:rsidRDefault="002D2DE3" w:rsidP="002D2DE3">
      <w:pPr>
        <w:rPr>
          <w:b/>
          <w:bCs/>
          <w:color w:val="E36C0A" w:themeColor="accent6" w:themeShade="BF"/>
          <w:sz w:val="24"/>
          <w:szCs w:val="24"/>
        </w:rPr>
      </w:pPr>
      <w:r w:rsidRPr="00934DCF">
        <w:rPr>
          <w:b/>
          <w:bCs/>
          <w:color w:val="E36C0A" w:themeColor="accent6" w:themeShade="BF"/>
          <w:sz w:val="24"/>
          <w:szCs w:val="24"/>
        </w:rPr>
        <w:t xml:space="preserve">Thanks for your message. Your new room sounds </w:t>
      </w:r>
      <w:r w:rsidR="001C79B2" w:rsidRPr="00934DCF">
        <w:rPr>
          <w:b/>
          <w:bCs/>
          <w:color w:val="E36C0A" w:themeColor="accent6" w:themeShade="BF"/>
          <w:sz w:val="24"/>
          <w:szCs w:val="24"/>
        </w:rPr>
        <w:t>nice</w:t>
      </w:r>
      <w:r w:rsidRPr="00934DCF">
        <w:rPr>
          <w:b/>
          <w:bCs/>
          <w:color w:val="E36C0A" w:themeColor="accent6" w:themeShade="BF"/>
          <w:sz w:val="24"/>
          <w:szCs w:val="24"/>
        </w:rPr>
        <w:t xml:space="preserve">! I like the blue </w:t>
      </w:r>
      <w:r w:rsidR="001C79B2" w:rsidRPr="00934DCF">
        <w:rPr>
          <w:b/>
          <w:bCs/>
          <w:color w:val="E36C0A" w:themeColor="accent6" w:themeShade="BF"/>
          <w:sz w:val="24"/>
          <w:szCs w:val="24"/>
        </w:rPr>
        <w:t>color</w:t>
      </w:r>
      <w:r w:rsidRPr="00934DCF">
        <w:rPr>
          <w:b/>
          <w:bCs/>
          <w:color w:val="E36C0A" w:themeColor="accent6" w:themeShade="BF"/>
          <w:sz w:val="24"/>
          <w:szCs w:val="24"/>
        </w:rPr>
        <w:t xml:space="preserve">, but my </w:t>
      </w:r>
      <w:r w:rsidR="001C79B2" w:rsidRPr="00934DCF">
        <w:rPr>
          <w:b/>
          <w:bCs/>
          <w:color w:val="E36C0A" w:themeColor="accent6" w:themeShade="BF"/>
          <w:sz w:val="24"/>
          <w:szCs w:val="24"/>
        </w:rPr>
        <w:t>favorite</w:t>
      </w:r>
      <w:r w:rsidRPr="00934DCF">
        <w:rPr>
          <w:b/>
          <w:bCs/>
          <w:color w:val="E36C0A" w:themeColor="accent6" w:themeShade="BF"/>
          <w:sz w:val="24"/>
          <w:szCs w:val="24"/>
        </w:rPr>
        <w:t xml:space="preserve"> </w:t>
      </w:r>
      <w:r w:rsidR="001C79B2" w:rsidRPr="00934DCF">
        <w:rPr>
          <w:b/>
          <w:bCs/>
          <w:color w:val="E36C0A" w:themeColor="accent6" w:themeShade="BF"/>
          <w:sz w:val="24"/>
          <w:szCs w:val="24"/>
        </w:rPr>
        <w:t>color</w:t>
      </w:r>
      <w:r w:rsidRPr="00934DCF">
        <w:rPr>
          <w:b/>
          <w:bCs/>
          <w:color w:val="E36C0A" w:themeColor="accent6" w:themeShade="BF"/>
          <w:sz w:val="24"/>
          <w:szCs w:val="24"/>
        </w:rPr>
        <w:t xml:space="preserve"> is orange.</w:t>
      </w:r>
    </w:p>
    <w:p w14:paraId="3CD0F118" w14:textId="77777777" w:rsidR="002D2DE3" w:rsidRPr="00934DCF" w:rsidRDefault="002D2DE3" w:rsidP="002D2DE3">
      <w:pPr>
        <w:rPr>
          <w:b/>
          <w:bCs/>
          <w:color w:val="E36C0A" w:themeColor="accent6" w:themeShade="BF"/>
          <w:sz w:val="24"/>
          <w:szCs w:val="24"/>
        </w:rPr>
      </w:pPr>
    </w:p>
    <w:p w14:paraId="36BDFF8F" w14:textId="3202060D" w:rsidR="002D2DE3" w:rsidRPr="00934DCF" w:rsidRDefault="002D2DE3" w:rsidP="002D2DE3">
      <w:pPr>
        <w:rPr>
          <w:b/>
          <w:bCs/>
          <w:color w:val="E36C0A" w:themeColor="accent6" w:themeShade="BF"/>
          <w:sz w:val="24"/>
          <w:szCs w:val="24"/>
        </w:rPr>
      </w:pPr>
      <w:r w:rsidRPr="00934DCF">
        <w:rPr>
          <w:b/>
          <w:bCs/>
          <w:color w:val="E36C0A" w:themeColor="accent6" w:themeShade="BF"/>
          <w:sz w:val="24"/>
          <w:szCs w:val="24"/>
        </w:rPr>
        <w:t xml:space="preserve">Orange is a warm and bright </w:t>
      </w:r>
      <w:r w:rsidR="00613545" w:rsidRPr="00934DCF">
        <w:rPr>
          <w:b/>
          <w:bCs/>
          <w:color w:val="E36C0A" w:themeColor="accent6" w:themeShade="BF"/>
          <w:sz w:val="24"/>
          <w:szCs w:val="24"/>
        </w:rPr>
        <w:t>color</w:t>
      </w:r>
      <w:r w:rsidRPr="00934DCF">
        <w:rPr>
          <w:b/>
          <w:bCs/>
          <w:color w:val="E36C0A" w:themeColor="accent6" w:themeShade="BF"/>
          <w:sz w:val="24"/>
          <w:szCs w:val="24"/>
        </w:rPr>
        <w:t>. It makes me feel happy and safe. It reminds me of autumn in my country, when the leaves turn dark orange and fall to the ground. It also makes me think of fire in the fireplace during cold nights.</w:t>
      </w:r>
    </w:p>
    <w:p w14:paraId="3201E29F" w14:textId="77777777" w:rsidR="002D2DE3" w:rsidRPr="00934DCF" w:rsidRDefault="002D2DE3" w:rsidP="002D2DE3">
      <w:pPr>
        <w:rPr>
          <w:b/>
          <w:bCs/>
          <w:color w:val="E36C0A" w:themeColor="accent6" w:themeShade="BF"/>
          <w:sz w:val="24"/>
          <w:szCs w:val="24"/>
        </w:rPr>
      </w:pPr>
    </w:p>
    <w:p w14:paraId="2E67F165" w14:textId="385ECFB3" w:rsidR="002D2DE3" w:rsidRPr="00934DCF" w:rsidRDefault="002D2DE3" w:rsidP="00182702">
      <w:pPr>
        <w:rPr>
          <w:b/>
          <w:bCs/>
          <w:color w:val="E36C0A" w:themeColor="accent6" w:themeShade="BF"/>
          <w:sz w:val="24"/>
          <w:szCs w:val="24"/>
        </w:rPr>
      </w:pPr>
      <w:r w:rsidRPr="00934DCF">
        <w:rPr>
          <w:b/>
          <w:bCs/>
          <w:color w:val="E36C0A" w:themeColor="accent6" w:themeShade="BF"/>
          <w:sz w:val="24"/>
          <w:szCs w:val="24"/>
        </w:rPr>
        <w:t xml:space="preserve">Orange is also the </w:t>
      </w:r>
      <w:r w:rsidR="00613545" w:rsidRPr="00934DCF">
        <w:rPr>
          <w:b/>
          <w:bCs/>
          <w:color w:val="E36C0A" w:themeColor="accent6" w:themeShade="BF"/>
          <w:sz w:val="24"/>
          <w:szCs w:val="24"/>
        </w:rPr>
        <w:t>color</w:t>
      </w:r>
      <w:r w:rsidRPr="00934DCF">
        <w:rPr>
          <w:b/>
          <w:bCs/>
          <w:color w:val="E36C0A" w:themeColor="accent6" w:themeShade="BF"/>
          <w:sz w:val="24"/>
          <w:szCs w:val="24"/>
        </w:rPr>
        <w:t xml:space="preserve"> of my </w:t>
      </w:r>
      <w:r w:rsidR="00613545" w:rsidRPr="00934DCF">
        <w:rPr>
          <w:b/>
          <w:bCs/>
          <w:color w:val="E36C0A" w:themeColor="accent6" w:themeShade="BF"/>
          <w:sz w:val="24"/>
          <w:szCs w:val="24"/>
        </w:rPr>
        <w:t xml:space="preserve">favorite </w:t>
      </w:r>
      <w:r w:rsidR="00613545">
        <w:rPr>
          <w:b/>
          <w:bCs/>
          <w:color w:val="E36C0A" w:themeColor="accent6" w:themeShade="BF"/>
          <w:sz w:val="24"/>
          <w:szCs w:val="24"/>
        </w:rPr>
        <w:t xml:space="preserve"> food, </w:t>
      </w:r>
      <w:r w:rsidRPr="00934DCF">
        <w:rPr>
          <w:b/>
          <w:bCs/>
          <w:color w:val="E36C0A" w:themeColor="accent6" w:themeShade="BF"/>
          <w:sz w:val="24"/>
          <w:szCs w:val="24"/>
        </w:rPr>
        <w:t>carrot soup. It may be simple, but it’s the tastiest meal for me! I also love my orange jacket. It is bright and keeps me warm in autumn.</w:t>
      </w:r>
    </w:p>
    <w:p w14:paraId="64A47B71" w14:textId="77777777" w:rsidR="002D2DE3" w:rsidRPr="00934DCF" w:rsidRDefault="002D2DE3" w:rsidP="002D2DE3">
      <w:pPr>
        <w:rPr>
          <w:b/>
          <w:bCs/>
          <w:color w:val="E36C0A" w:themeColor="accent6" w:themeShade="BF"/>
          <w:sz w:val="24"/>
          <w:szCs w:val="24"/>
        </w:rPr>
      </w:pPr>
      <w:r w:rsidRPr="00934DCF">
        <w:rPr>
          <w:b/>
          <w:bCs/>
          <w:color w:val="E36C0A" w:themeColor="accent6" w:themeShade="BF"/>
          <w:sz w:val="24"/>
          <w:szCs w:val="24"/>
        </w:rPr>
        <w:t>I can’t wait to see pictures of your new bedroom.</w:t>
      </w:r>
    </w:p>
    <w:p w14:paraId="15209065" w14:textId="77777777" w:rsidR="002D2DE3" w:rsidRPr="00934DCF" w:rsidRDefault="002D2DE3" w:rsidP="002D2DE3">
      <w:pPr>
        <w:rPr>
          <w:b/>
          <w:bCs/>
          <w:color w:val="E36C0A" w:themeColor="accent6" w:themeShade="BF"/>
          <w:sz w:val="24"/>
          <w:szCs w:val="24"/>
        </w:rPr>
      </w:pPr>
      <w:r w:rsidRPr="00934DCF">
        <w:rPr>
          <w:b/>
          <w:bCs/>
          <w:color w:val="E36C0A" w:themeColor="accent6" w:themeShade="BF"/>
          <w:sz w:val="24"/>
          <w:szCs w:val="24"/>
        </w:rPr>
        <w:t>Take care,</w:t>
      </w:r>
    </w:p>
    <w:p w14:paraId="6F6B9589" w14:textId="1D502D36" w:rsidR="002D2DE3" w:rsidRPr="00934DCF" w:rsidRDefault="002D2DE3" w:rsidP="002D2DE3">
      <w:pPr>
        <w:rPr>
          <w:b/>
          <w:bCs/>
          <w:color w:val="E36C0A" w:themeColor="accent6" w:themeShade="BF"/>
          <w:sz w:val="24"/>
          <w:szCs w:val="24"/>
        </w:rPr>
      </w:pPr>
      <w:r w:rsidRPr="00934DCF">
        <w:rPr>
          <w:b/>
          <w:bCs/>
          <w:color w:val="E36C0A" w:themeColor="accent6" w:themeShade="BF"/>
          <w:sz w:val="24"/>
          <w:szCs w:val="24"/>
        </w:rPr>
        <w:t>Bob</w:t>
      </w:r>
    </w:p>
    <w:sectPr w:rsidR="002D2DE3" w:rsidRPr="00934DC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124274400">
    <w:abstractNumId w:val="8"/>
  </w:num>
  <w:num w:numId="2" w16cid:durableId="593560551">
    <w:abstractNumId w:val="6"/>
  </w:num>
  <w:num w:numId="3" w16cid:durableId="1640110858">
    <w:abstractNumId w:val="5"/>
  </w:num>
  <w:num w:numId="4" w16cid:durableId="1476678247">
    <w:abstractNumId w:val="4"/>
  </w:num>
  <w:num w:numId="5" w16cid:durableId="1468818056">
    <w:abstractNumId w:val="7"/>
  </w:num>
  <w:num w:numId="6" w16cid:durableId="1478917685">
    <w:abstractNumId w:val="3"/>
  </w:num>
  <w:num w:numId="7" w16cid:durableId="1025133184">
    <w:abstractNumId w:val="2"/>
  </w:num>
  <w:num w:numId="8" w16cid:durableId="1056667090">
    <w:abstractNumId w:val="1"/>
  </w:num>
  <w:num w:numId="9" w16cid:durableId="1694989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2DB"/>
    <w:rsid w:val="0006063C"/>
    <w:rsid w:val="0015074B"/>
    <w:rsid w:val="00182702"/>
    <w:rsid w:val="001C79B2"/>
    <w:rsid w:val="00275090"/>
    <w:rsid w:val="0029639D"/>
    <w:rsid w:val="002C462C"/>
    <w:rsid w:val="002C5E1D"/>
    <w:rsid w:val="002D2DE3"/>
    <w:rsid w:val="002E19B4"/>
    <w:rsid w:val="00326F90"/>
    <w:rsid w:val="00497BE5"/>
    <w:rsid w:val="004D6A0A"/>
    <w:rsid w:val="004E0570"/>
    <w:rsid w:val="005619E4"/>
    <w:rsid w:val="0059041F"/>
    <w:rsid w:val="005D6A00"/>
    <w:rsid w:val="00601A46"/>
    <w:rsid w:val="00613545"/>
    <w:rsid w:val="0069492E"/>
    <w:rsid w:val="00764528"/>
    <w:rsid w:val="007B56BF"/>
    <w:rsid w:val="00934DCF"/>
    <w:rsid w:val="00946C4F"/>
    <w:rsid w:val="009766BA"/>
    <w:rsid w:val="00A9064F"/>
    <w:rsid w:val="00AA1D8D"/>
    <w:rsid w:val="00B47730"/>
    <w:rsid w:val="00B47C59"/>
    <w:rsid w:val="00C340B3"/>
    <w:rsid w:val="00C87A26"/>
    <w:rsid w:val="00C90FC2"/>
    <w:rsid w:val="00CB0664"/>
    <w:rsid w:val="00DF0BA9"/>
    <w:rsid w:val="00E23931"/>
    <w:rsid w:val="00F21D14"/>
    <w:rsid w:val="00F8225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C5A229"/>
  <w14:defaultImageDpi w14:val="300"/>
  <w15:docId w15:val="{A54DE5AC-FDA0-417C-B3E6-EE5B0114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62C"/>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645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64528"/>
    <w:rPr>
      <w:color w:val="0000FF" w:themeColor="hyperlink"/>
      <w:u w:val="single"/>
    </w:rPr>
  </w:style>
  <w:style w:type="character" w:styleId="UnresolvedMention">
    <w:name w:val="Unresolved Mention"/>
    <w:basedOn w:val="DefaultParagraphFont"/>
    <w:uiPriority w:val="99"/>
    <w:semiHidden/>
    <w:unhideWhenUsed/>
    <w:rsid w:val="00764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hyperlink" Target="mailto:Hana@hot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Sara@hotmail.com\" TargetMode="External"/><Relationship Id="rId12" Type="http://schemas.openxmlformats.org/officeDocument/2006/relationships/hyperlink" Target="mailto:Omar@hotmail.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David@hotmail.com\" TargetMode="External"/><Relationship Id="rId20" Type="http://schemas.openxmlformats.org/officeDocument/2006/relationships/hyperlink" Target="mailto:Bob@hot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ustomXml" Target="ink/ink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na@hotmail.com\" TargetMode="External"/><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5:29:49.496"/>
    </inkml:context>
    <inkml:brush xml:id="br0">
      <inkml:brushProperty name="width" value="0.05" units="cm"/>
      <inkml:brushProperty name="height" value="0.05" units="cm"/>
    </inkml:brush>
  </inkml:definitions>
  <inkml:trace contextRef="#ctx0" brushRef="#br0">1 0 16895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5:29:49.148"/>
    </inkml:context>
    <inkml:brush xml:id="br0">
      <inkml:brushProperty name="width" value="0.05" units="cm"/>
      <inkml:brushProperty name="height" value="0.05" units="cm"/>
    </inkml:brush>
  </inkml:definitions>
  <inkml:trace contextRef="#ctx0" brushRef="#br0">1 0 7040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Enas Muwafaq Manawer Eid Sulaiman</cp:lastModifiedBy>
  <cp:revision>32</cp:revision>
  <dcterms:created xsi:type="dcterms:W3CDTF">2013-12-23T23:15:00Z</dcterms:created>
  <dcterms:modified xsi:type="dcterms:W3CDTF">2025-09-25T07:18:00Z</dcterms:modified>
  <cp:category/>
</cp:coreProperties>
</file>