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0900E" w14:textId="77777777" w:rsidR="008170C6" w:rsidRPr="0066234C" w:rsidRDefault="00000000" w:rsidP="0066234C">
      <w:pPr>
        <w:jc w:val="center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sz w:val="36"/>
          <w:szCs w:val="24"/>
        </w:rPr>
        <w:t>مراجعة إثرائية للاختبار الأول في اللغة العربية</w:t>
      </w:r>
    </w:p>
    <w:p w14:paraId="6D66DF21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r w:rsidRPr="0066234C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أولاً: الفهم والاستيعاب</w:t>
      </w:r>
    </w:p>
    <w:p w14:paraId="1E8AE469" w14:textId="5F8067A0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اقرأ الفقرة الآتية ثم أجب</w:t>
      </w:r>
    </w:p>
    <w:p w14:paraId="5F6CC7BA" w14:textId="77777777" w:rsid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خرج خالد مع أسرته إلى الحديقة العامة، فشاهد أزهارًا متنوعة وأشجارًا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وأوراق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. ساعد أخاه الصغير في جمع الأوراق المتساقطة ووضعها في المكان المخصص للنفايات، فشكره والده على تصرفه الجميل</w:t>
      </w:r>
    </w:p>
    <w:p w14:paraId="51694784" w14:textId="6B37157E" w:rsidR="0066234C" w:rsidRPr="0066234C" w:rsidRDefault="0066234C" w:rsidP="0066234C">
      <w:pPr>
        <w:jc w:val="center"/>
        <w:rPr>
          <w:rFonts w:ascii="Sakkal Majalla" w:hAnsi="Sakkal Majalla" w:cs="Sakkal Majalla"/>
          <w:b/>
          <w:bCs/>
          <w:sz w:val="28"/>
          <w:szCs w:val="28"/>
        </w:rPr>
      </w:pPr>
    </w:p>
    <w:p w14:paraId="4EE975B5" w14:textId="2AB53924" w:rsidR="0066234C" w:rsidRP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أين ذهب خالد؟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.............................................................................................................................</w:t>
      </w:r>
    </w:p>
    <w:p w14:paraId="6D558A07" w14:textId="0986FEF6" w:rsidR="0066234C" w:rsidRP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ماذا شاهد في الحديقة؟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.................................................................................................................</w:t>
      </w:r>
    </w:p>
    <w:p w14:paraId="059D1041" w14:textId="60A80C94" w:rsidR="0066234C" w:rsidRP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ما السلوك الإيجابي الذي قام به خالد؟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.............................................................................................</w:t>
      </w:r>
    </w:p>
    <w:p w14:paraId="75853BB1" w14:textId="0AC27CB7" w:rsidR="0066234C" w:rsidRP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لماذا شكره والده؟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...........................................................................................................................</w:t>
      </w:r>
    </w:p>
    <w:p w14:paraId="134FEA58" w14:textId="41D6DBE1" w:rsidR="0066234C" w:rsidRP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اقترح عنوانًا مناسبًا للفقرة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: ...........................................................................................................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7BDDDAF4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</w:rPr>
        <w:pict w14:anchorId="4F9C0278">
          <v:rect id="_x0000_i1061" style="width:0;height:1.5pt" o:hralign="right" o:hrstd="t" o:hr="t" fillcolor="#a0a0a0" stroked="f"/>
        </w:pict>
      </w:r>
    </w:p>
    <w:p w14:paraId="0925AA32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r w:rsidRPr="0066234C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ثانياً: النصوص الأدبية</w:t>
      </w:r>
    </w:p>
    <w:p w14:paraId="04FEF4D8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اقرأ الأبيات الآتية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:</w:t>
      </w:r>
    </w:p>
    <w:p w14:paraId="4403AA2E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وطني الحبيب له مكانٌ في الفؤاد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br/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أرجو له دومًا التقدم والسداد</w:t>
      </w:r>
    </w:p>
    <w:p w14:paraId="5BA48AE4" w14:textId="461DF36B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أجب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: </w:t>
      </w:r>
    </w:p>
    <w:p w14:paraId="5271210C" w14:textId="47FC815F" w:rsidR="0066234C" w:rsidRP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عمّ يتحدث الشاعر؟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....................................................................................................................</w:t>
      </w:r>
    </w:p>
    <w:p w14:paraId="590DA97E" w14:textId="777C4504" w:rsidR="0066234C" w:rsidRP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ما الشعور الذي يحمله الشاعر تجاه وطنه؟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..................................................................................</w:t>
      </w:r>
    </w:p>
    <w:p w14:paraId="7C2C2255" w14:textId="5E3890BE" w:rsidR="0066234C" w:rsidRP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استخرج كلمة تدل على التمنّي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: .................................................................................................</w:t>
      </w:r>
    </w:p>
    <w:p w14:paraId="442E15BC" w14:textId="3E08B6D7" w:rsid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lastRenderedPageBreak/>
        <w:t>كيف يمكن للطالب أن يخدم وطنه؟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........................................</w:t>
      </w:r>
      <w:r w:rsidR="00A63471"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........................................................</w:t>
      </w:r>
    </w:p>
    <w:p w14:paraId="370494B4" w14:textId="07FB9156" w:rsidR="0066234C" w:rsidRPr="0066234C" w:rsidRDefault="0066234C" w:rsidP="00A63471">
      <w:pPr>
        <w:rPr>
          <w:rFonts w:ascii="Sakkal Majalla" w:hAnsi="Sakkal Majalla" w:cs="Sakkal Majalla"/>
          <w:b/>
          <w:bCs/>
          <w:sz w:val="28"/>
          <w:szCs w:val="28"/>
        </w:rPr>
      </w:pPr>
    </w:p>
    <w:p w14:paraId="45C99B33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r w:rsidRPr="0066234C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ثالثاً: أسماء الإشارة</w:t>
      </w:r>
    </w:p>
    <w:p w14:paraId="6253DD40" w14:textId="5D1D1054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اختر اسم الإشارة المناسب</w:t>
      </w:r>
    </w:p>
    <w:p w14:paraId="465BC567" w14:textId="5F273A5E" w:rsidR="0066234C" w:rsidRP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................................ 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قلم جديد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br/>
        <w:t>(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هذا - هذه - تلك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)</w:t>
      </w:r>
    </w:p>
    <w:p w14:paraId="49B0E280" w14:textId="57F99FC8" w:rsidR="0066234C" w:rsidRP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............................... 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زهرة جميلة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br/>
        <w:t>(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هذا - هذه - ذلك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)</w:t>
      </w:r>
    </w:p>
    <w:p w14:paraId="21EE196D" w14:textId="7E7B15BA" w:rsidR="0066234C" w:rsidRP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طالبان متفوقان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br/>
        <w:t>(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هذان - هاتان - هؤلاء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)</w:t>
      </w:r>
    </w:p>
    <w:p w14:paraId="465224AB" w14:textId="0F780B84" w:rsidR="0066234C" w:rsidRP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أنظر إلى .....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.......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....... الجبال البعيدة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br/>
        <w:t>(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هذه - تلك - هذا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)</w:t>
      </w:r>
    </w:p>
    <w:p w14:paraId="58558531" w14:textId="13E3081F" w:rsidR="0066234C" w:rsidRPr="0066234C" w:rsidRDefault="0066234C" w:rsidP="0066234C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اللاعبون يحققون الفوز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br/>
        <w:t>(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هؤلاء - هاتان - ذلك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)</w:t>
      </w:r>
    </w:p>
    <w:p w14:paraId="63E3972B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</w:rPr>
        <w:pict w14:anchorId="38FA0390">
          <v:rect id="_x0000_i1063" style="width:0;height:1.5pt" o:hralign="right" o:hrstd="t" o:hr="t" fillcolor="#a0a0a0" stroked="f"/>
        </w:pict>
      </w:r>
    </w:p>
    <w:p w14:paraId="2D2B3BD1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r w:rsidRPr="0066234C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رابعاً: تدريب نحوي</w:t>
      </w:r>
    </w:p>
    <w:p w14:paraId="6EA289AE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حدد اسم الإشارة والمشار إليه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:</w:t>
      </w:r>
    </w:p>
    <w:p w14:paraId="6C88C05C" w14:textId="53AB05D7" w:rsidR="0066234C" w:rsidRPr="0066234C" w:rsidRDefault="0066234C" w:rsidP="00A63471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هذا كتاب مفيد</w:t>
      </w:r>
      <w:r w:rsidR="00A6347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: ........................................................................................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554875D8" w14:textId="1BFE416D" w:rsidR="0066234C" w:rsidRPr="0066234C" w:rsidRDefault="0066234C" w:rsidP="00A63471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هذه مدرسة جميلة</w:t>
      </w:r>
      <w:r w:rsidR="00A6347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: .................................................................................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57DDB303" w14:textId="41BF822C" w:rsidR="0066234C" w:rsidRPr="0066234C" w:rsidRDefault="0066234C" w:rsidP="00A63471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تلك شجرة مثمرة</w:t>
      </w:r>
      <w:r w:rsidR="00A6347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: ..................................................................................................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6F29683B" w14:textId="68B6F23E" w:rsidR="0066234C" w:rsidRPr="0066234C" w:rsidRDefault="0066234C" w:rsidP="00A63471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هؤلاء طلاب مجتهدون</w:t>
      </w:r>
      <w:r w:rsidR="00A6347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: ..........................................................................................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2290A016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</w:rPr>
        <w:pict w14:anchorId="6A677411">
          <v:rect id="_x0000_i1064" style="width:0;height:1.5pt" o:hralign="right" o:hrstd="t" o:hr="t" fillcolor="#a0a0a0" stroked="f"/>
        </w:pict>
      </w:r>
    </w:p>
    <w:p w14:paraId="215A4130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r w:rsidRPr="0066234C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خامساً: الإملاء</w:t>
      </w:r>
    </w:p>
    <w:p w14:paraId="1E839612" w14:textId="07BB52A6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اختر الكلمة الصحيحة</w:t>
      </w:r>
    </w:p>
    <w:p w14:paraId="3920FCE4" w14:textId="77777777" w:rsidR="0066234C" w:rsidRPr="0066234C" w:rsidRDefault="0066234C" w:rsidP="0066234C">
      <w:pPr>
        <w:numPr>
          <w:ilvl w:val="0"/>
          <w:numId w:val="14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</w:rPr>
        <w:t>(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مسؤول - مسؤل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)</w:t>
      </w:r>
    </w:p>
    <w:p w14:paraId="41929430" w14:textId="77777777" w:rsidR="0066234C" w:rsidRPr="0066234C" w:rsidRDefault="0066234C" w:rsidP="0066234C">
      <w:pPr>
        <w:numPr>
          <w:ilvl w:val="0"/>
          <w:numId w:val="14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</w:rPr>
        <w:t>(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شاطئ - شاطيء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)</w:t>
      </w:r>
    </w:p>
    <w:p w14:paraId="2F4BDBB7" w14:textId="77777777" w:rsidR="0066234C" w:rsidRPr="0066234C" w:rsidRDefault="0066234C" w:rsidP="0066234C">
      <w:pPr>
        <w:numPr>
          <w:ilvl w:val="0"/>
          <w:numId w:val="14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</w:rPr>
        <w:t>(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يقرأ - يقرء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)</w:t>
      </w:r>
    </w:p>
    <w:p w14:paraId="0C38D300" w14:textId="77777777" w:rsidR="0066234C" w:rsidRPr="0066234C" w:rsidRDefault="0066234C" w:rsidP="0066234C">
      <w:pPr>
        <w:numPr>
          <w:ilvl w:val="0"/>
          <w:numId w:val="14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</w:rPr>
        <w:t>(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لؤلؤ - لؤلء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)</w:t>
      </w:r>
    </w:p>
    <w:p w14:paraId="7B036077" w14:textId="77777777" w:rsidR="0066234C" w:rsidRPr="0066234C" w:rsidRDefault="0066234C" w:rsidP="0066234C">
      <w:pPr>
        <w:numPr>
          <w:ilvl w:val="0"/>
          <w:numId w:val="14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</w:rPr>
        <w:t>(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موانئ - موانىء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)</w:t>
      </w:r>
    </w:p>
    <w:p w14:paraId="4B98C1A5" w14:textId="1865C624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ثم اكتب الكلمات الآتية في جمل مفيدة</w:t>
      </w:r>
    </w:p>
    <w:p w14:paraId="3E49C011" w14:textId="6ED61AF4" w:rsidR="0066234C" w:rsidRPr="0066234C" w:rsidRDefault="0066234C" w:rsidP="00A63471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البيئة</w:t>
      </w:r>
      <w:r w:rsidR="00A6347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: ............................................................................................................................................</w:t>
      </w:r>
    </w:p>
    <w:p w14:paraId="2E5A1FF2" w14:textId="544553FC" w:rsidR="0066234C" w:rsidRPr="0066234C" w:rsidRDefault="0066234C" w:rsidP="00A63471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القراءة</w:t>
      </w:r>
      <w:r w:rsidR="00A6347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: .........................................................................................................................................</w:t>
      </w:r>
    </w:p>
    <w:p w14:paraId="52886399" w14:textId="616A7ECE" w:rsidR="0066234C" w:rsidRPr="0066234C" w:rsidRDefault="0066234C" w:rsidP="00A63471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التعاون</w:t>
      </w:r>
      <w:r w:rsidR="00A6347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: .......................................................................................................................................</w:t>
      </w:r>
    </w:p>
    <w:p w14:paraId="5561D8DF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</w:rPr>
        <w:pict w14:anchorId="1DDC9854">
          <v:rect id="_x0000_i1065" style="width:0;height:1.5pt" o:hralign="right" o:hrstd="t" o:hr="t" fillcolor="#a0a0a0" stroked="f"/>
        </w:pict>
      </w:r>
    </w:p>
    <w:p w14:paraId="25C9B942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r w:rsidRPr="0066234C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سادساً: التعبير الكتابي</w:t>
      </w:r>
    </w:p>
    <w:p w14:paraId="46D4CF13" w14:textId="385E656D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اكتب فقرة من (5-6) أسطر عن أحد الموضوعات الآتية</w:t>
      </w:r>
    </w:p>
    <w:p w14:paraId="6D18EB49" w14:textId="77777777" w:rsidR="0066234C" w:rsidRPr="0066234C" w:rsidRDefault="0066234C" w:rsidP="0066234C">
      <w:pPr>
        <w:numPr>
          <w:ilvl w:val="0"/>
          <w:numId w:val="16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يوم جميل قضيته مع أسرتك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7007321F" w14:textId="77777777" w:rsidR="0066234C" w:rsidRPr="0066234C" w:rsidRDefault="0066234C" w:rsidP="0066234C">
      <w:pPr>
        <w:numPr>
          <w:ilvl w:val="0"/>
          <w:numId w:val="16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أهمية المحافظة على البيئة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5F1AD0F6" w14:textId="77777777" w:rsidR="0066234C" w:rsidRPr="0066234C" w:rsidRDefault="0066234C" w:rsidP="0066234C">
      <w:pPr>
        <w:numPr>
          <w:ilvl w:val="0"/>
          <w:numId w:val="16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موقف تعلمت منه درسًا مفيدًا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22CF5765" w14:textId="71A4F06F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تذكّر</w:t>
      </w:r>
      <w:r w:rsidR="00A6347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:</w:t>
      </w:r>
    </w:p>
    <w:p w14:paraId="075871FF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egoe UI Emoji" w:hAnsi="Segoe UI Emoji" w:cs="Segoe UI Emoji"/>
          <w:b/>
          <w:bCs/>
          <w:sz w:val="28"/>
          <w:szCs w:val="28"/>
        </w:rPr>
        <w:t>✅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ابدأ بمقدمة مناسبة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br/>
      </w:r>
      <w:r w:rsidRPr="0066234C">
        <w:rPr>
          <w:rFonts w:ascii="Segoe UI Emoji" w:hAnsi="Segoe UI Emoji" w:cs="Segoe UI Emoji"/>
          <w:b/>
          <w:bCs/>
          <w:sz w:val="28"/>
          <w:szCs w:val="28"/>
        </w:rPr>
        <w:t>✅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رتّب الأحداث أو الأفكار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br/>
      </w:r>
      <w:r w:rsidRPr="0066234C">
        <w:rPr>
          <w:rFonts w:ascii="Segoe UI Emoji" w:hAnsi="Segoe UI Emoji" w:cs="Segoe UI Emoji"/>
          <w:b/>
          <w:bCs/>
          <w:sz w:val="28"/>
          <w:szCs w:val="28"/>
        </w:rPr>
        <w:t>✅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استخدم علامات الترقيم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br/>
      </w:r>
      <w:r w:rsidRPr="0066234C">
        <w:rPr>
          <w:rFonts w:ascii="Segoe UI Emoji" w:hAnsi="Segoe UI Emoji" w:cs="Segoe UI Emoji"/>
          <w:b/>
          <w:bCs/>
          <w:sz w:val="28"/>
          <w:szCs w:val="28"/>
        </w:rPr>
        <w:t>✅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اختم بخاتمة قصيرة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6719EEDE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</w:rPr>
        <w:pict w14:anchorId="32CC946D">
          <v:rect id="_x0000_i1066" style="width:0;height:1.5pt" o:hralign="right" o:hrstd="t" o:hr="t" fillcolor="#a0a0a0" stroked="f"/>
        </w:pict>
      </w:r>
    </w:p>
    <w:p w14:paraId="68EDB36E" w14:textId="77777777" w:rsidR="0066234C" w:rsidRPr="0066234C" w:rsidRDefault="0066234C" w:rsidP="0066234C">
      <w:p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مراجعة سريعة قبل الاختبار</w:t>
      </w:r>
    </w:p>
    <w:p w14:paraId="02097BAD" w14:textId="77777777" w:rsidR="0066234C" w:rsidRPr="0066234C" w:rsidRDefault="0066234C" w:rsidP="0066234C">
      <w:pPr>
        <w:numPr>
          <w:ilvl w:val="0"/>
          <w:numId w:val="17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أسماء الإشارة للقريب والبعيد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40DA40DD" w14:textId="77777777" w:rsidR="0066234C" w:rsidRPr="0066234C" w:rsidRDefault="0066234C" w:rsidP="0066234C">
      <w:pPr>
        <w:numPr>
          <w:ilvl w:val="0"/>
          <w:numId w:val="17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التمييز بين المذكر والمؤنث في أسماء الإشارة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0FF72DCA" w14:textId="77777777" w:rsidR="0066234C" w:rsidRPr="0066234C" w:rsidRDefault="0066234C" w:rsidP="0066234C">
      <w:pPr>
        <w:numPr>
          <w:ilvl w:val="0"/>
          <w:numId w:val="17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كتابة الهمزة كتابة صحيحة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18A45E26" w14:textId="77777777" w:rsidR="0066234C" w:rsidRPr="0066234C" w:rsidRDefault="0066234C" w:rsidP="0066234C">
      <w:pPr>
        <w:numPr>
          <w:ilvl w:val="0"/>
          <w:numId w:val="17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استخراج الفكرة العامة من النص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74BCA162" w14:textId="77777777" w:rsidR="0066234C" w:rsidRPr="0066234C" w:rsidRDefault="0066234C" w:rsidP="0066234C">
      <w:pPr>
        <w:numPr>
          <w:ilvl w:val="0"/>
          <w:numId w:val="17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التعبير بجمل مترابطة وواضحة</w:t>
      </w:r>
      <w:r w:rsidRPr="0066234C">
        <w:rPr>
          <w:rFonts w:ascii="Sakkal Majalla" w:hAnsi="Sakkal Majalla" w:cs="Sakkal Majalla"/>
          <w:b/>
          <w:bCs/>
          <w:sz w:val="28"/>
          <w:szCs w:val="28"/>
        </w:rPr>
        <w:t>.</w:t>
      </w:r>
    </w:p>
    <w:p w14:paraId="154EE0C6" w14:textId="77777777" w:rsidR="00A63471" w:rsidRDefault="0066234C" w:rsidP="0066234C">
      <w:pPr>
        <w:numPr>
          <w:ilvl w:val="0"/>
          <w:numId w:val="17"/>
        </w:numPr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66234C">
        <w:rPr>
          <w:rFonts w:ascii="Sakkal Majalla" w:hAnsi="Sakkal Majalla" w:cs="Sakkal Majalla"/>
          <w:b/>
          <w:bCs/>
          <w:sz w:val="28"/>
          <w:szCs w:val="28"/>
          <w:rtl/>
        </w:rPr>
        <w:t>تفسير المعنى العام للبيت الشعري بأسلوبك</w:t>
      </w:r>
    </w:p>
    <w:p w14:paraId="592DF2DC" w14:textId="77777777" w:rsidR="00A63471" w:rsidRDefault="00A63471" w:rsidP="00A63471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</w:p>
    <w:p w14:paraId="4666DB74" w14:textId="77777777" w:rsidR="00A63471" w:rsidRDefault="00A63471" w:rsidP="00A63471">
      <w:pPr>
        <w:ind w:left="360"/>
        <w:jc w:val="right"/>
        <w:rPr>
          <w:rFonts w:ascii="Sakkal Majalla" w:hAnsi="Sakkal Majalla" w:cs="Sakkal Majalla"/>
          <w:b/>
          <w:bCs/>
          <w:sz w:val="28"/>
          <w:szCs w:val="28"/>
        </w:rPr>
      </w:pPr>
    </w:p>
    <w:p w14:paraId="0B138B5F" w14:textId="77777777" w:rsidR="00A63471" w:rsidRDefault="00A63471" w:rsidP="00A63471">
      <w:pPr>
        <w:ind w:left="360"/>
        <w:jc w:val="center"/>
        <w:rPr>
          <w:rFonts w:ascii="Sakkal Majalla" w:hAnsi="Sakkal Majalla" w:cs="Sakkal Majalla"/>
          <w:b/>
          <w:bCs/>
          <w:sz w:val="28"/>
          <w:szCs w:val="28"/>
        </w:rPr>
      </w:pPr>
    </w:p>
    <w:p w14:paraId="222FD6AF" w14:textId="77777777" w:rsidR="00A63471" w:rsidRDefault="00A63471" w:rsidP="00A63471">
      <w:pPr>
        <w:ind w:left="360"/>
        <w:jc w:val="center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نرجو لكم التوفيق والنجاح</w:t>
      </w:r>
    </w:p>
    <w:p w14:paraId="28B10F2D" w14:textId="6EECC1B3" w:rsidR="00A63471" w:rsidRDefault="00A63471" w:rsidP="00A63471">
      <w:pPr>
        <w:ind w:left="360"/>
        <w:jc w:val="center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معلما المادة</w:t>
      </w:r>
    </w:p>
    <w:p w14:paraId="038814AE" w14:textId="69476C50" w:rsidR="0066234C" w:rsidRPr="0066234C" w:rsidRDefault="00A63471" w:rsidP="00A63471">
      <w:pPr>
        <w:ind w:left="360"/>
        <w:jc w:val="center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أ . إسلام الخطيب \ أ .  أحمد العواضي</w:t>
      </w:r>
    </w:p>
    <w:p w14:paraId="48F76DC3" w14:textId="77777777" w:rsidR="008170C6" w:rsidRPr="0066234C" w:rsidRDefault="008170C6" w:rsidP="0066234C">
      <w:pPr>
        <w:jc w:val="right"/>
        <w:rPr>
          <w:rFonts w:ascii="Sakkal Majalla" w:hAnsi="Sakkal Majalla" w:cs="Sakkal Majalla"/>
        </w:rPr>
      </w:pPr>
    </w:p>
    <w:sectPr w:rsidR="008170C6" w:rsidRPr="0066234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1457C1"/>
    <w:multiLevelType w:val="multilevel"/>
    <w:tmpl w:val="92FEB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1A24FF"/>
    <w:multiLevelType w:val="multilevel"/>
    <w:tmpl w:val="EF88D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EF666A"/>
    <w:multiLevelType w:val="multilevel"/>
    <w:tmpl w:val="86ACD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B61B56"/>
    <w:multiLevelType w:val="multilevel"/>
    <w:tmpl w:val="BEA0A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AD1469"/>
    <w:multiLevelType w:val="multilevel"/>
    <w:tmpl w:val="621A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2A1228"/>
    <w:multiLevelType w:val="multilevel"/>
    <w:tmpl w:val="73645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FA0216"/>
    <w:multiLevelType w:val="multilevel"/>
    <w:tmpl w:val="8C3C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4D1122"/>
    <w:multiLevelType w:val="multilevel"/>
    <w:tmpl w:val="FE12B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1038404">
    <w:abstractNumId w:val="8"/>
  </w:num>
  <w:num w:numId="2" w16cid:durableId="1720281613">
    <w:abstractNumId w:val="6"/>
  </w:num>
  <w:num w:numId="3" w16cid:durableId="1181967193">
    <w:abstractNumId w:val="5"/>
  </w:num>
  <w:num w:numId="4" w16cid:durableId="1663847239">
    <w:abstractNumId w:val="4"/>
  </w:num>
  <w:num w:numId="5" w16cid:durableId="831289280">
    <w:abstractNumId w:val="7"/>
  </w:num>
  <w:num w:numId="6" w16cid:durableId="1688098013">
    <w:abstractNumId w:val="3"/>
  </w:num>
  <w:num w:numId="7" w16cid:durableId="98455016">
    <w:abstractNumId w:val="2"/>
  </w:num>
  <w:num w:numId="8" w16cid:durableId="1029179893">
    <w:abstractNumId w:val="1"/>
  </w:num>
  <w:num w:numId="9" w16cid:durableId="794904563">
    <w:abstractNumId w:val="0"/>
  </w:num>
  <w:num w:numId="10" w16cid:durableId="70471206">
    <w:abstractNumId w:val="11"/>
  </w:num>
  <w:num w:numId="11" w16cid:durableId="516504388">
    <w:abstractNumId w:val="13"/>
  </w:num>
  <w:num w:numId="12" w16cid:durableId="1069883533">
    <w:abstractNumId w:val="16"/>
  </w:num>
  <w:num w:numId="13" w16cid:durableId="924337314">
    <w:abstractNumId w:val="9"/>
  </w:num>
  <w:num w:numId="14" w16cid:durableId="128979095">
    <w:abstractNumId w:val="12"/>
  </w:num>
  <w:num w:numId="15" w16cid:durableId="764224496">
    <w:abstractNumId w:val="10"/>
  </w:num>
  <w:num w:numId="16" w16cid:durableId="1133331505">
    <w:abstractNumId w:val="15"/>
  </w:num>
  <w:num w:numId="17" w16cid:durableId="4878647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6234C"/>
    <w:rsid w:val="008170C6"/>
    <w:rsid w:val="009A0BD0"/>
    <w:rsid w:val="00A6347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AC8A1E"/>
  <w14:defaultImageDpi w14:val="300"/>
  <w15:docId w15:val="{10EC3E40-0060-454A-81B8-DC6C104A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Mohammed Arif Alkhateeb</dc:creator>
  <cp:keywords/>
  <dc:description>generated by python-docx</dc:description>
  <cp:lastModifiedBy>islam alkhateeb</cp:lastModifiedBy>
  <cp:revision>2</cp:revision>
  <dcterms:created xsi:type="dcterms:W3CDTF">2026-10-04T16:41:00Z</dcterms:created>
  <dcterms:modified xsi:type="dcterms:W3CDTF">2026-10-04T17:01:00Z</dcterms:modified>
  <cp:category/>
</cp:coreProperties>
</file>